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50C8C" w14:textId="7457083C" w:rsidR="002F45E5" w:rsidRDefault="00A62FF2" w:rsidP="002F45E5">
      <w:pPr>
        <w:pBdr>
          <w:bottom w:val="single" w:sz="12" w:space="1" w:color="auto"/>
        </w:pBdr>
        <w:spacing w:after="0" w:line="240" w:lineRule="auto"/>
        <w:jc w:val="center"/>
        <w:rPr>
          <w:b/>
          <w:color w:val="548DD4" w:themeColor="text2" w:themeTint="99"/>
          <w:sz w:val="32"/>
          <w:lang w:val="fr-FR"/>
        </w:rPr>
      </w:pPr>
      <w:r w:rsidRPr="00A62FF2">
        <w:rPr>
          <w:b/>
          <w:color w:val="548DD4" w:themeColor="text2" w:themeTint="99"/>
          <w:sz w:val="32"/>
          <w:lang w:val="fr-FR"/>
        </w:rPr>
        <w:t>CRT VAL D’EUROPE</w:t>
      </w:r>
    </w:p>
    <w:p w14:paraId="6CEF0E9F" w14:textId="4DAAD4F4" w:rsidR="002F45E5" w:rsidRDefault="002F45E5" w:rsidP="00D26527">
      <w:pPr>
        <w:tabs>
          <w:tab w:val="left" w:pos="8993"/>
        </w:tabs>
        <w:spacing w:after="120" w:line="240" w:lineRule="auto"/>
        <w:rPr>
          <w:b/>
          <w:color w:val="548DD4" w:themeColor="text2" w:themeTint="99"/>
          <w:sz w:val="32"/>
          <w:lang w:val="fr-FR"/>
        </w:rPr>
      </w:pPr>
      <w:r>
        <w:rPr>
          <w:b/>
          <w:color w:val="548DD4" w:themeColor="text2" w:themeTint="99"/>
          <w:sz w:val="32"/>
          <w:lang w:val="fr-FR"/>
        </w:rPr>
        <w:tab/>
      </w:r>
    </w:p>
    <w:p w14:paraId="41C2ECDA" w14:textId="7081CBE6" w:rsidR="00264EEC" w:rsidRPr="000D2B05" w:rsidRDefault="00656554" w:rsidP="00D26527">
      <w:pPr>
        <w:pStyle w:val="Paragraphedeliste"/>
        <w:numPr>
          <w:ilvl w:val="0"/>
          <w:numId w:val="10"/>
        </w:numPr>
        <w:spacing w:after="120" w:line="240" w:lineRule="auto"/>
        <w:rPr>
          <w:u w:val="single"/>
          <w:lang w:val="fr-FR"/>
        </w:rPr>
      </w:pPr>
      <w:r w:rsidRPr="000D2B05">
        <w:rPr>
          <w:b/>
          <w:u w:val="single"/>
          <w:lang w:val="fr-FR"/>
        </w:rPr>
        <w:t>INFORMATIONS GÉNÉRALES DE LA DEMANDE</w:t>
      </w:r>
    </w:p>
    <w:p w14:paraId="21BDBE4F" w14:textId="3A6555A7" w:rsidR="007237E6" w:rsidRDefault="00656554" w:rsidP="00D26527">
      <w:pPr>
        <w:spacing w:after="120" w:line="240" w:lineRule="auto"/>
        <w:ind w:left="-709"/>
        <w:rPr>
          <w:lang w:val="fr-FR"/>
        </w:rPr>
      </w:pPr>
      <w:r w:rsidRPr="00807F02">
        <w:rPr>
          <w:lang w:val="fr-FR"/>
        </w:rPr>
        <w:t xml:space="preserve">Date de la demande : </w:t>
      </w:r>
      <w:sdt>
        <w:sdtPr>
          <w:rPr>
            <w:rStyle w:val="Rponses"/>
          </w:rPr>
          <w:id w:val="1809210530"/>
          <w:placeholder>
            <w:docPart w:val="7099A3BC15C54F84ACEAD2060ACEFDC7"/>
          </w:placeholder>
          <w:showingPlcHdr/>
          <w15:color w:val="3366FF"/>
          <w:date w:fullDate="2026-01-15T00:00:00Z">
            <w:dateFormat w:val="dd/MM/yyyy"/>
            <w:lid w:val="fr-FR"/>
            <w:storeMappedDataAs w:val="dateTime"/>
            <w:calendar w:val="gregorian"/>
          </w:date>
        </w:sdtPr>
        <w:sdtContent>
          <w:r w:rsidR="00825378" w:rsidRPr="008A0DA8">
            <w:rPr>
              <w:rStyle w:val="Textedelespacerserv"/>
            </w:rPr>
            <w:t>Cliquez ou appuyez ici pour entrer une date.</w:t>
          </w:r>
        </w:sdtContent>
      </w:sdt>
    </w:p>
    <w:p w14:paraId="61627706" w14:textId="77777777" w:rsidR="00D26527" w:rsidRDefault="00656554" w:rsidP="00D26527">
      <w:pPr>
        <w:spacing w:after="120" w:line="240" w:lineRule="auto"/>
        <w:ind w:left="-709"/>
        <w:rPr>
          <w:lang w:val="fr-FR"/>
        </w:rPr>
      </w:pPr>
      <w:r w:rsidRPr="00807F02">
        <w:rPr>
          <w:lang w:val="fr-FR"/>
        </w:rPr>
        <w:t xml:space="preserve">Origine de la demande : </w:t>
      </w:r>
      <w:sdt>
        <w:sdtPr>
          <w:rPr>
            <w:rStyle w:val="Rponses"/>
          </w:rPr>
          <w:id w:val="489455573"/>
          <w:placeholder>
            <w:docPart w:val="A14478DC96A5439590F907C4179981BE"/>
          </w:placeholder>
          <w:showingPlcHdr/>
          <w15:color w:val="3366FF"/>
          <w:dropDownList>
            <w:listItem w:value="Choisissez un élément."/>
            <w:listItem w:displayText="Professionnel" w:value="Professionnel"/>
            <w:listItem w:displayText="Entourage" w:value="Entourage"/>
          </w:dropDownList>
        </w:sdtPr>
        <w:sdtEndPr>
          <w:rPr>
            <w:rStyle w:val="Policepardfaut"/>
            <w:b w:val="0"/>
            <w:color w:val="auto"/>
            <w:lang w:val="fr-FR"/>
          </w:rPr>
        </w:sdtEndPr>
        <w:sdtContent>
          <w:r w:rsidR="00825378" w:rsidRPr="008A0DA8">
            <w:rPr>
              <w:rStyle w:val="Textedelespacerserv"/>
            </w:rPr>
            <w:t>Choisissez un élément.</w:t>
          </w:r>
        </w:sdtContent>
      </w:sdt>
      <w:r w:rsidR="00647CFC">
        <w:rPr>
          <w:lang w:val="fr-FR"/>
        </w:rPr>
        <w:tab/>
      </w:r>
    </w:p>
    <w:p w14:paraId="5C8E1191" w14:textId="39699847" w:rsidR="00264EEC" w:rsidRPr="00807F02" w:rsidRDefault="007237E6" w:rsidP="00D26527">
      <w:pPr>
        <w:spacing w:after="120" w:line="240" w:lineRule="auto"/>
        <w:ind w:left="-709"/>
        <w:rPr>
          <w:lang w:val="fr-FR"/>
        </w:rPr>
      </w:pPr>
      <w:r>
        <w:rPr>
          <w:lang w:val="fr-FR"/>
        </w:rPr>
        <w:t>Préciser</w:t>
      </w:r>
      <w:r w:rsidR="00D26527">
        <w:rPr>
          <w:lang w:val="fr-FR"/>
        </w:rPr>
        <w:t xml:space="preserve"> (Nom – Prénom – Lien avec la personne concernée)</w:t>
      </w:r>
      <w:r w:rsidR="00656554" w:rsidRPr="00807F02">
        <w:rPr>
          <w:lang w:val="fr-FR"/>
        </w:rPr>
        <w:t xml:space="preserve"> :</w:t>
      </w:r>
      <w:r w:rsidR="00656554">
        <w:rPr>
          <w:lang w:val="fr-FR"/>
        </w:rPr>
        <w:t xml:space="preserve"> </w:t>
      </w:r>
      <w:sdt>
        <w:sdtPr>
          <w:rPr>
            <w:rStyle w:val="Rponses"/>
          </w:rPr>
          <w:id w:val="-859128939"/>
          <w:placeholder>
            <w:docPart w:val="1F0D3B4692A6411292FBB8B6B7746285"/>
          </w:placeholder>
          <w:showingPlcHdr/>
          <w15:color w:val="3366FF"/>
        </w:sdtPr>
        <w:sdtEndPr>
          <w:rPr>
            <w:rStyle w:val="Policepardfaut"/>
            <w:b w:val="0"/>
            <w:color w:val="auto"/>
            <w:lang w:val="fr-FR"/>
          </w:rPr>
        </w:sdtEndPr>
        <w:sdtContent>
          <w:r w:rsidR="00825378" w:rsidRPr="008A0DA8">
            <w:rPr>
              <w:rStyle w:val="Textedelespacerserv"/>
            </w:rPr>
            <w:t>Cliquez ou appuyez ici pour entrer du texte.</w:t>
          </w:r>
        </w:sdtContent>
      </w:sdt>
    </w:p>
    <w:p w14:paraId="5950D5A3" w14:textId="7882ECFF" w:rsidR="008878A6" w:rsidRDefault="00656554" w:rsidP="00D26527">
      <w:pPr>
        <w:spacing w:after="120" w:line="240" w:lineRule="auto"/>
        <w:ind w:left="-709"/>
        <w:rPr>
          <w:rStyle w:val="Rponses"/>
        </w:rPr>
      </w:pPr>
      <w:r w:rsidRPr="00807F02">
        <w:rPr>
          <w:lang w:val="fr-FR"/>
        </w:rPr>
        <w:t xml:space="preserve">Téléphone : </w:t>
      </w:r>
      <w:sdt>
        <w:sdtPr>
          <w:rPr>
            <w:rStyle w:val="Rponses"/>
          </w:rPr>
          <w:id w:val="-440524321"/>
          <w:placeholder>
            <w:docPart w:val="F369654DC33A41C2B4A946957AE7C2A3"/>
          </w:placeholder>
          <w:showingPlcHdr/>
          <w15:color w:val="3366FF"/>
        </w:sdtPr>
        <w:sdtEndPr>
          <w:rPr>
            <w:rStyle w:val="Policepardfaut"/>
            <w:b w:val="0"/>
            <w:color w:val="auto"/>
            <w:lang w:val="fr-FR"/>
          </w:rPr>
        </w:sdtEndPr>
        <w:sdtContent>
          <w:r w:rsidR="0083398D" w:rsidRPr="008A0DA8">
            <w:rPr>
              <w:rStyle w:val="Textedelespacerserv"/>
            </w:rPr>
            <w:t>Cliquez ou appuyez ici pour entrer du texte.</w:t>
          </w:r>
        </w:sdtContent>
      </w:sdt>
      <w:r w:rsidR="00EA010C">
        <w:rPr>
          <w:lang w:val="fr-FR"/>
        </w:rPr>
        <w:tab/>
      </w:r>
      <w:r w:rsidRPr="00807F02">
        <w:rPr>
          <w:lang w:val="fr-FR"/>
        </w:rPr>
        <w:t xml:space="preserve">Mail : </w:t>
      </w:r>
      <w:sdt>
        <w:sdtPr>
          <w:rPr>
            <w:rStyle w:val="Rponses"/>
          </w:rPr>
          <w:id w:val="-2033639914"/>
          <w:placeholder>
            <w:docPart w:val="DC480582EC324AFC9CB3F238CD9B677F"/>
          </w:placeholder>
          <w:showingPlcHdr/>
          <w15:color w:val="3366FF"/>
        </w:sdtPr>
        <w:sdtEndPr>
          <w:rPr>
            <w:rStyle w:val="Policepardfaut"/>
            <w:b w:val="0"/>
            <w:color w:val="auto"/>
            <w:lang w:val="fr-FR"/>
          </w:rPr>
        </w:sdtEndPr>
        <w:sdtContent>
          <w:r w:rsidR="0083398D" w:rsidRPr="008A0DA8">
            <w:rPr>
              <w:rStyle w:val="Textedelespacerserv"/>
            </w:rPr>
            <w:t>Cliquez ou appuyez ici pour entrer du texte.</w:t>
          </w:r>
        </w:sdtContent>
      </w:sdt>
    </w:p>
    <w:p w14:paraId="51CAEF64" w14:textId="77777777" w:rsidR="00D26527" w:rsidRPr="008878A6" w:rsidRDefault="00D26527" w:rsidP="00D26527">
      <w:pPr>
        <w:spacing w:after="120" w:line="240" w:lineRule="auto"/>
        <w:ind w:left="-709"/>
        <w:rPr>
          <w:b/>
          <w:color w:val="548DD4" w:themeColor="text2" w:themeTint="99"/>
        </w:rPr>
      </w:pPr>
    </w:p>
    <w:p w14:paraId="58816437" w14:textId="576F523D" w:rsidR="00264EEC" w:rsidRPr="00F0013E" w:rsidRDefault="00656554" w:rsidP="00D26527">
      <w:pPr>
        <w:pStyle w:val="Paragraphedeliste"/>
        <w:numPr>
          <w:ilvl w:val="0"/>
          <w:numId w:val="10"/>
        </w:numPr>
        <w:spacing w:after="120" w:line="240" w:lineRule="auto"/>
        <w:rPr>
          <w:b/>
          <w:u w:val="single"/>
          <w:lang w:val="fr-FR"/>
        </w:rPr>
      </w:pPr>
      <w:r w:rsidRPr="00F0013E">
        <w:rPr>
          <w:b/>
          <w:u w:val="single"/>
          <w:lang w:val="fr-FR"/>
        </w:rPr>
        <w:t>IDENTIFICATION DE LA PERSONNE CONCERNÉE</w:t>
      </w:r>
      <w:r w:rsidR="00F0013E">
        <w:rPr>
          <w:b/>
          <w:u w:val="single"/>
          <w:lang w:val="fr-FR"/>
        </w:rPr>
        <w:t xml:space="preserve"> PAR LA DEMANDE</w:t>
      </w:r>
    </w:p>
    <w:p w14:paraId="76EE68BF" w14:textId="51FCF209" w:rsidR="00264EEC" w:rsidRPr="00807F02" w:rsidRDefault="00656554" w:rsidP="00D26527">
      <w:pPr>
        <w:spacing w:after="120" w:line="240" w:lineRule="auto"/>
        <w:ind w:left="-709"/>
        <w:rPr>
          <w:lang w:val="fr-FR"/>
        </w:rPr>
      </w:pPr>
      <w:r w:rsidRPr="00807F02">
        <w:rPr>
          <w:lang w:val="fr-FR"/>
        </w:rPr>
        <w:t xml:space="preserve">Nom : </w:t>
      </w:r>
      <w:sdt>
        <w:sdtPr>
          <w:rPr>
            <w:rStyle w:val="Rponses"/>
          </w:rPr>
          <w:id w:val="1331486604"/>
          <w:placeholder>
            <w:docPart w:val="B1D9D26288544DE6A41765C4301C034E"/>
          </w:placeholder>
          <w:showingPlcHdr/>
          <w15:color w:val="3366FF"/>
        </w:sdtPr>
        <w:sdtEndPr>
          <w:rPr>
            <w:rStyle w:val="Policepardfaut"/>
            <w:b w:val="0"/>
            <w:color w:val="auto"/>
            <w:lang w:val="fr-FR"/>
          </w:rPr>
        </w:sdtEndPr>
        <w:sdtContent>
          <w:r w:rsidR="00B97F63" w:rsidRPr="008A0DA8">
            <w:rPr>
              <w:rStyle w:val="Textedelespacerserv"/>
            </w:rPr>
            <w:t>Cliquez ou appuyez ici pour entrer du texte.</w:t>
          </w:r>
        </w:sdtContent>
      </w:sdt>
      <w:r w:rsidR="00B97F63">
        <w:rPr>
          <w:lang w:val="fr-FR"/>
        </w:rPr>
        <w:tab/>
        <w:t xml:space="preserve">Prénom : </w:t>
      </w:r>
      <w:sdt>
        <w:sdtPr>
          <w:rPr>
            <w:rStyle w:val="Rponses"/>
          </w:rPr>
          <w:id w:val="-1602796233"/>
          <w:placeholder>
            <w:docPart w:val="BD00682E778549D896F3C74078F748CB"/>
          </w:placeholder>
          <w:showingPlcHdr/>
          <w15:color w:val="3366FF"/>
        </w:sdtPr>
        <w:sdtEndPr>
          <w:rPr>
            <w:rStyle w:val="Policepardfaut"/>
            <w:b w:val="0"/>
            <w:color w:val="auto"/>
            <w:lang w:val="fr-FR"/>
          </w:rPr>
        </w:sdtEndPr>
        <w:sdtContent>
          <w:r w:rsidR="00B97F63" w:rsidRPr="008A0DA8">
            <w:rPr>
              <w:rStyle w:val="Textedelespacerserv"/>
            </w:rPr>
            <w:t>Cliquez ou appuyez ici pour entrer du texte.</w:t>
          </w:r>
        </w:sdtContent>
      </w:sdt>
    </w:p>
    <w:p w14:paraId="333559BA" w14:textId="0088EF3D" w:rsidR="00264EEC" w:rsidRPr="00807F02" w:rsidRDefault="00656554" w:rsidP="00D26527">
      <w:pPr>
        <w:spacing w:after="120" w:line="240" w:lineRule="auto"/>
        <w:ind w:left="-709"/>
        <w:rPr>
          <w:lang w:val="fr-FR"/>
        </w:rPr>
      </w:pPr>
      <w:r w:rsidRPr="00807F02">
        <w:rPr>
          <w:lang w:val="fr-FR"/>
        </w:rPr>
        <w:t xml:space="preserve">Date de naissance </w:t>
      </w:r>
      <w:r w:rsidR="00D26527">
        <w:rPr>
          <w:lang w:val="fr-FR"/>
        </w:rPr>
        <w:t xml:space="preserve">(si connue) </w:t>
      </w:r>
      <w:r w:rsidRPr="00807F02">
        <w:rPr>
          <w:lang w:val="fr-FR"/>
        </w:rPr>
        <w:t xml:space="preserve">: </w:t>
      </w:r>
      <w:sdt>
        <w:sdtPr>
          <w:rPr>
            <w:rStyle w:val="Rponses"/>
          </w:rPr>
          <w:id w:val="-155764244"/>
          <w:placeholder>
            <w:docPart w:val="ABD1553D4EFA4C7C93EAB86E3216BD6E"/>
          </w:placeholder>
          <w:showingPlcHdr/>
          <w15:color w:val="3366FF"/>
          <w:date>
            <w:dateFormat w:val="dd/MM/yyyy"/>
            <w:lid w:val="fr-FR"/>
            <w:storeMappedDataAs w:val="dateTime"/>
            <w:calendar w:val="gregorian"/>
          </w:date>
        </w:sdtPr>
        <w:sdtEndPr>
          <w:rPr>
            <w:rStyle w:val="Policepardfaut"/>
            <w:b w:val="0"/>
            <w:color w:val="auto"/>
            <w:lang w:val="fr-FR"/>
          </w:rPr>
        </w:sdtEndPr>
        <w:sdtContent>
          <w:r w:rsidR="00B97F63" w:rsidRPr="008A0DA8">
            <w:rPr>
              <w:rStyle w:val="Textedelespacerserv"/>
            </w:rPr>
            <w:t>Cliquez ou appuyez ici pour entrer une date.</w:t>
          </w:r>
        </w:sdtContent>
      </w:sdt>
      <w:r w:rsidR="00B97F63">
        <w:rPr>
          <w:lang w:val="fr-FR"/>
        </w:rPr>
        <w:tab/>
      </w:r>
      <w:r w:rsidRPr="00807F02">
        <w:rPr>
          <w:lang w:val="fr-FR"/>
        </w:rPr>
        <w:t xml:space="preserve">Âge : </w:t>
      </w:r>
      <w:sdt>
        <w:sdtPr>
          <w:rPr>
            <w:rStyle w:val="Rponses"/>
          </w:rPr>
          <w:id w:val="1156193615"/>
          <w:placeholder>
            <w:docPart w:val="DefaultPlaceholder_-1854013440"/>
          </w:placeholder>
          <w:showingPlcHdr/>
          <w15:color w:val="3366FF"/>
        </w:sdtPr>
        <w:sdtEndPr>
          <w:rPr>
            <w:rStyle w:val="Policepardfaut"/>
            <w:b w:val="0"/>
            <w:color w:val="auto"/>
            <w:lang w:val="fr-FR"/>
          </w:rPr>
        </w:sdtEndPr>
        <w:sdtContent>
          <w:r w:rsidR="00825378" w:rsidRPr="008A0DA8">
            <w:rPr>
              <w:rStyle w:val="Textedelespacerserv"/>
            </w:rPr>
            <w:t>Cliquez ou appuyez ici pour entrer du texte.</w:t>
          </w:r>
        </w:sdtContent>
      </w:sdt>
    </w:p>
    <w:p w14:paraId="04099768" w14:textId="7B8F7349" w:rsidR="00264EEC" w:rsidRPr="00807F02" w:rsidRDefault="00656554" w:rsidP="00D26527">
      <w:pPr>
        <w:spacing w:after="120" w:line="240" w:lineRule="auto"/>
        <w:ind w:left="-709"/>
        <w:rPr>
          <w:lang w:val="fr-FR"/>
        </w:rPr>
      </w:pPr>
      <w:r w:rsidRPr="00807F02">
        <w:rPr>
          <w:lang w:val="fr-FR"/>
        </w:rPr>
        <w:t xml:space="preserve">Adresse : </w:t>
      </w:r>
      <w:sdt>
        <w:sdtPr>
          <w:rPr>
            <w:rStyle w:val="Rponses"/>
          </w:rPr>
          <w:id w:val="-1828189109"/>
          <w:placeholder>
            <w:docPart w:val="7ED0870AB22A4BE2A86A9B7BD5BC641E"/>
          </w:placeholder>
          <w:showingPlcHdr/>
          <w15:color w:val="3366FF"/>
        </w:sdtPr>
        <w:sdtEndPr>
          <w:rPr>
            <w:rStyle w:val="Policepardfaut"/>
            <w:b w:val="0"/>
            <w:color w:val="auto"/>
            <w:lang w:val="fr-FR"/>
          </w:rPr>
        </w:sdtEndPr>
        <w:sdtContent>
          <w:bookmarkStart w:id="0" w:name="_GoBack"/>
          <w:r w:rsidR="0083398D" w:rsidRPr="008A0DA8">
            <w:rPr>
              <w:rStyle w:val="Textedelespacerserv"/>
            </w:rPr>
            <w:t>Cliquez ou appuyez ici pour entrer du texte.</w:t>
          </w:r>
          <w:bookmarkEnd w:id="0"/>
        </w:sdtContent>
      </w:sdt>
    </w:p>
    <w:p w14:paraId="7F0217D1" w14:textId="4E6E7E87" w:rsidR="00264EEC" w:rsidRPr="00F81B58" w:rsidRDefault="00656554" w:rsidP="00D26527">
      <w:pPr>
        <w:spacing w:after="120" w:line="240" w:lineRule="auto"/>
        <w:ind w:left="-709"/>
        <w:rPr>
          <w:rStyle w:val="Rponses"/>
          <w:b w:val="0"/>
          <w:color w:val="auto"/>
          <w:lang w:val="fr-FR"/>
        </w:rPr>
      </w:pPr>
      <w:r w:rsidRPr="00807F02">
        <w:rPr>
          <w:lang w:val="fr-FR"/>
        </w:rPr>
        <w:t xml:space="preserve">Téléphone :   </w:t>
      </w:r>
      <w:sdt>
        <w:sdtPr>
          <w:rPr>
            <w:rStyle w:val="Rponses"/>
          </w:rPr>
          <w:id w:val="-628786701"/>
          <w:placeholder>
            <w:docPart w:val="905D0938AFAA479C8F0F2EAC2EDE1216"/>
          </w:placeholder>
          <w:showingPlcHdr/>
          <w15:color w:val="3366FF"/>
        </w:sdtPr>
        <w:sdtEndPr>
          <w:rPr>
            <w:rStyle w:val="Policepardfaut"/>
            <w:b w:val="0"/>
            <w:color w:val="auto"/>
            <w:lang w:val="fr-FR"/>
          </w:rPr>
        </w:sdtEndPr>
        <w:sdtContent>
          <w:r w:rsidR="0083398D" w:rsidRPr="008A0DA8">
            <w:rPr>
              <w:rStyle w:val="Textedelespacerserv"/>
            </w:rPr>
            <w:t>Cliquez ou appuyez ici pour entrer du texte.</w:t>
          </w:r>
        </w:sdtContent>
      </w:sdt>
      <w:r w:rsidR="00F81B58">
        <w:rPr>
          <w:lang w:val="fr-FR"/>
        </w:rPr>
        <w:t xml:space="preserve"> </w:t>
      </w:r>
      <w:r w:rsidR="0083398D">
        <w:rPr>
          <w:lang w:val="fr-FR"/>
        </w:rPr>
        <w:t>Mail :</w:t>
      </w:r>
      <w:r w:rsidR="0083398D" w:rsidRPr="0083398D">
        <w:rPr>
          <w:rStyle w:val="Rponses"/>
        </w:rPr>
        <w:t xml:space="preserve"> </w:t>
      </w:r>
      <w:sdt>
        <w:sdtPr>
          <w:rPr>
            <w:rStyle w:val="Rponses"/>
          </w:rPr>
          <w:id w:val="-186529747"/>
          <w:placeholder>
            <w:docPart w:val="055BC71FDF9A4ABF93BB75ED31E9C6BC"/>
          </w:placeholder>
          <w:showingPlcHdr/>
          <w15:color w:val="3366FF"/>
        </w:sdtPr>
        <w:sdtEndPr>
          <w:rPr>
            <w:rStyle w:val="Policepardfaut"/>
            <w:b w:val="0"/>
            <w:color w:val="auto"/>
            <w:lang w:val="fr-FR"/>
          </w:rPr>
        </w:sdtEndPr>
        <w:sdtContent>
          <w:r w:rsidR="0083398D" w:rsidRPr="008A0DA8">
            <w:rPr>
              <w:rStyle w:val="Textedelespacerserv"/>
            </w:rPr>
            <w:t>Cliquez ou appuyez ici pour entrer du texte.</w:t>
          </w:r>
        </w:sdtContent>
      </w:sdt>
    </w:p>
    <w:p w14:paraId="5BD5C4D8" w14:textId="75196B6D" w:rsidR="00A62FF2" w:rsidRDefault="00656554" w:rsidP="00D26527">
      <w:pPr>
        <w:spacing w:after="120" w:line="240" w:lineRule="auto"/>
        <w:ind w:left="-709"/>
        <w:rPr>
          <w:lang w:val="fr-FR"/>
        </w:rPr>
      </w:pPr>
      <w:r w:rsidRPr="00807F02">
        <w:rPr>
          <w:lang w:val="fr-FR"/>
        </w:rPr>
        <w:t xml:space="preserve">Personne informée de la demande : </w:t>
      </w:r>
      <w:sdt>
        <w:sdtPr>
          <w:rPr>
            <w:rStyle w:val="Rponses"/>
          </w:rPr>
          <w:id w:val="-1260916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398D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Pr="00807F02">
        <w:rPr>
          <w:lang w:val="fr-FR"/>
        </w:rPr>
        <w:t xml:space="preserve"> Oui </w:t>
      </w:r>
      <w:sdt>
        <w:sdtPr>
          <w:rPr>
            <w:rStyle w:val="Rponses"/>
          </w:rPr>
          <w:id w:val="-1946837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398D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83398D" w:rsidRPr="00807F02">
        <w:rPr>
          <w:lang w:val="fr-FR"/>
        </w:rPr>
        <w:t xml:space="preserve"> </w:t>
      </w:r>
      <w:r w:rsidRPr="00807F02">
        <w:rPr>
          <w:lang w:val="fr-FR"/>
        </w:rPr>
        <w:t xml:space="preserve">Non </w:t>
      </w:r>
      <w:sdt>
        <w:sdtPr>
          <w:rPr>
            <w:rStyle w:val="Rponses"/>
          </w:rPr>
          <w:id w:val="-119838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398D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83398D" w:rsidRPr="00807F02">
        <w:rPr>
          <w:lang w:val="fr-FR"/>
        </w:rPr>
        <w:t xml:space="preserve"> </w:t>
      </w:r>
      <w:r w:rsidRPr="00807F02">
        <w:rPr>
          <w:lang w:val="fr-FR"/>
        </w:rPr>
        <w:t>Ne sait pas</w:t>
      </w:r>
    </w:p>
    <w:p w14:paraId="6B3B1C72" w14:textId="77777777" w:rsidR="00D26527" w:rsidRDefault="00D26527" w:rsidP="00D26527">
      <w:pPr>
        <w:spacing w:after="120" w:line="240" w:lineRule="auto"/>
        <w:ind w:left="-709"/>
        <w:rPr>
          <w:lang w:val="fr-FR"/>
        </w:rPr>
      </w:pPr>
    </w:p>
    <w:p w14:paraId="3A9ECF7A" w14:textId="3D580CD2" w:rsidR="00264EEC" w:rsidRPr="00807F02" w:rsidRDefault="00656554" w:rsidP="00D26527">
      <w:pPr>
        <w:pStyle w:val="Paragraphedeliste"/>
        <w:numPr>
          <w:ilvl w:val="0"/>
          <w:numId w:val="10"/>
        </w:numPr>
        <w:spacing w:after="120" w:line="240" w:lineRule="auto"/>
        <w:rPr>
          <w:lang w:val="fr-FR"/>
        </w:rPr>
      </w:pPr>
      <w:r w:rsidRPr="0083398D">
        <w:rPr>
          <w:b/>
          <w:u w:val="single"/>
          <w:lang w:val="fr-FR"/>
        </w:rPr>
        <w:t>MOTIF DE L’ORIENTATION – DESCRIPTION DE LA SITUATION</w:t>
      </w:r>
      <w:r w:rsidR="005C3A13">
        <w:rPr>
          <w:b/>
          <w:u w:val="single"/>
          <w:lang w:val="fr-FR"/>
        </w:rPr>
        <w:t xml:space="preserve"> (libre)</w:t>
      </w:r>
    </w:p>
    <w:p w14:paraId="761C500D" w14:textId="79C9E396" w:rsidR="004E7B6F" w:rsidRDefault="00656554" w:rsidP="00D26527">
      <w:pPr>
        <w:spacing w:after="120" w:line="240" w:lineRule="auto"/>
        <w:ind w:left="-709"/>
        <w:rPr>
          <w:rStyle w:val="Rponses"/>
        </w:rPr>
      </w:pPr>
      <w:r w:rsidRPr="00807F02">
        <w:rPr>
          <w:lang w:val="fr-FR"/>
        </w:rPr>
        <w:t>Motif principal / Situation au domicile</w:t>
      </w:r>
      <w:r w:rsidR="00485F9C">
        <w:rPr>
          <w:lang w:val="fr-FR"/>
        </w:rPr>
        <w:t xml:space="preserve"> / Souhait de l’aidant</w:t>
      </w:r>
      <w:r w:rsidRPr="00807F02">
        <w:rPr>
          <w:lang w:val="fr-FR"/>
        </w:rPr>
        <w:t xml:space="preserve"> :</w:t>
      </w:r>
      <w:r w:rsidR="0083398D">
        <w:rPr>
          <w:rStyle w:val="Rponses"/>
        </w:rPr>
        <w:t xml:space="preserve">  </w:t>
      </w:r>
      <w:sdt>
        <w:sdtPr>
          <w:rPr>
            <w:rStyle w:val="Rponses"/>
          </w:rPr>
          <w:id w:val="1841730315"/>
          <w:placeholder>
            <w:docPart w:val="94CD3C6E2039426C86541423CDFB3E4C"/>
          </w:placeholder>
          <w:showingPlcHdr/>
          <w15:color w:val="3366FF"/>
        </w:sdtPr>
        <w:sdtEndPr>
          <w:rPr>
            <w:rStyle w:val="Policepardfaut"/>
            <w:b w:val="0"/>
            <w:color w:val="auto"/>
            <w:lang w:val="fr-FR"/>
          </w:rPr>
        </w:sdtEndPr>
        <w:sdtContent>
          <w:r w:rsidR="004E7B6F" w:rsidRPr="008A0DA8">
            <w:rPr>
              <w:rStyle w:val="Textedelespacerserv"/>
            </w:rPr>
            <w:t>Cliquez ou appuyez ici pour entrer du texte.</w:t>
          </w:r>
        </w:sdtContent>
      </w:sdt>
    </w:p>
    <w:p w14:paraId="79BEB499" w14:textId="77777777" w:rsidR="008878A6" w:rsidRPr="004E7B6F" w:rsidRDefault="008878A6" w:rsidP="00D26527">
      <w:pPr>
        <w:spacing w:after="120" w:line="240" w:lineRule="auto"/>
        <w:ind w:left="-709"/>
        <w:rPr>
          <w:b/>
          <w:color w:val="548DD4" w:themeColor="text2" w:themeTint="99"/>
        </w:rPr>
      </w:pPr>
    </w:p>
    <w:p w14:paraId="29A0D092" w14:textId="1FB4CCAA" w:rsidR="00807F02" w:rsidRPr="0083398D" w:rsidRDefault="00807F02" w:rsidP="00D26527">
      <w:pPr>
        <w:pStyle w:val="Paragraphedeliste"/>
        <w:numPr>
          <w:ilvl w:val="0"/>
          <w:numId w:val="10"/>
        </w:numPr>
        <w:spacing w:after="120" w:line="240" w:lineRule="auto"/>
        <w:rPr>
          <w:b/>
          <w:u w:val="single"/>
          <w:lang w:val="fr-FR"/>
        </w:rPr>
      </w:pPr>
      <w:r w:rsidRPr="0083398D">
        <w:rPr>
          <w:b/>
          <w:u w:val="single"/>
          <w:lang w:val="fr-FR"/>
        </w:rPr>
        <w:t>ALERTES REPÉRÉES</w:t>
      </w:r>
    </w:p>
    <w:p w14:paraId="59D884B9" w14:textId="03FD8246" w:rsidR="00923842" w:rsidRDefault="00915530" w:rsidP="00D26527">
      <w:pPr>
        <w:spacing w:after="120" w:line="240" w:lineRule="auto"/>
        <w:ind w:left="-709"/>
        <w:rPr>
          <w:lang w:val="fr-FR"/>
        </w:rPr>
      </w:pPr>
      <w:sdt>
        <w:sdtPr>
          <w:rPr>
            <w:rStyle w:val="Rponses"/>
          </w:rPr>
          <w:id w:val="1361016686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3842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807F02" w:rsidRPr="00807F02">
        <w:rPr>
          <w:lang w:val="fr-FR"/>
        </w:rPr>
        <w:t xml:space="preserve"> Santé </w:t>
      </w:r>
      <w:r w:rsidR="00923842">
        <w:rPr>
          <w:lang w:val="fr-FR"/>
        </w:rPr>
        <w:tab/>
      </w:r>
      <w:r w:rsidR="00923842">
        <w:rPr>
          <w:lang w:val="fr-FR"/>
        </w:rPr>
        <w:tab/>
      </w:r>
      <w:r w:rsidR="00923842">
        <w:rPr>
          <w:lang w:val="fr-FR"/>
        </w:rPr>
        <w:tab/>
      </w:r>
      <w:r w:rsidR="00923842">
        <w:rPr>
          <w:lang w:val="fr-FR"/>
        </w:rPr>
        <w:tab/>
      </w:r>
      <w:sdt>
        <w:sdtPr>
          <w:rPr>
            <w:rStyle w:val="Rponses"/>
          </w:rPr>
          <w:id w:val="410281312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3842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923842" w:rsidRPr="00807F02">
        <w:rPr>
          <w:lang w:val="fr-FR"/>
        </w:rPr>
        <w:t xml:space="preserve"> Habitat</w:t>
      </w:r>
      <w:r w:rsidR="00923842">
        <w:rPr>
          <w:lang w:val="fr-FR"/>
        </w:rPr>
        <w:tab/>
      </w:r>
      <w:r w:rsidR="00923842">
        <w:rPr>
          <w:lang w:val="fr-FR"/>
        </w:rPr>
        <w:tab/>
      </w:r>
      <w:r w:rsidR="00923842">
        <w:rPr>
          <w:lang w:val="fr-FR"/>
        </w:rPr>
        <w:tab/>
      </w:r>
      <w:r w:rsidR="00923842">
        <w:rPr>
          <w:lang w:val="fr-FR"/>
        </w:rPr>
        <w:tab/>
      </w:r>
      <w:sdt>
        <w:sdtPr>
          <w:rPr>
            <w:rStyle w:val="Rponses"/>
          </w:rPr>
          <w:id w:val="-1911066618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3842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923842" w:rsidRPr="00807F02">
        <w:rPr>
          <w:lang w:val="fr-FR"/>
        </w:rPr>
        <w:t xml:space="preserve"> </w:t>
      </w:r>
      <w:r w:rsidR="00923842">
        <w:rPr>
          <w:lang w:val="fr-FR"/>
        </w:rPr>
        <w:t>Isolement social</w:t>
      </w:r>
      <w:r w:rsidR="00923842">
        <w:rPr>
          <w:lang w:val="fr-FR"/>
        </w:rPr>
        <w:tab/>
      </w:r>
    </w:p>
    <w:p w14:paraId="2781A2CF" w14:textId="77777777" w:rsidR="00D26527" w:rsidRDefault="00915530" w:rsidP="00D26527">
      <w:pPr>
        <w:spacing w:after="120" w:line="240" w:lineRule="auto"/>
        <w:ind w:left="-709"/>
        <w:rPr>
          <w:rStyle w:val="Rponses"/>
        </w:rPr>
      </w:pPr>
      <w:sdt>
        <w:sdtPr>
          <w:rPr>
            <w:rStyle w:val="Rponses"/>
          </w:rPr>
          <w:id w:val="-948706870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3842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923842" w:rsidRPr="00807F02">
        <w:rPr>
          <w:lang w:val="fr-FR"/>
        </w:rPr>
        <w:t xml:space="preserve"> </w:t>
      </w:r>
      <w:r w:rsidR="00807F02" w:rsidRPr="00807F02">
        <w:rPr>
          <w:lang w:val="fr-FR"/>
        </w:rPr>
        <w:t>Autonomie</w:t>
      </w:r>
      <w:r w:rsidR="00923842" w:rsidRPr="00923842">
        <w:rPr>
          <w:rStyle w:val="Rponses"/>
        </w:rPr>
        <w:t xml:space="preserve"> </w:t>
      </w:r>
      <w:r w:rsidR="00923842">
        <w:rPr>
          <w:rStyle w:val="Rponses"/>
        </w:rPr>
        <w:tab/>
      </w:r>
      <w:r w:rsidR="00923842">
        <w:rPr>
          <w:rStyle w:val="Rponses"/>
        </w:rPr>
        <w:tab/>
      </w:r>
      <w:r w:rsidR="00923842">
        <w:rPr>
          <w:rStyle w:val="Rponses"/>
        </w:rPr>
        <w:tab/>
      </w:r>
      <w:r w:rsidR="00923842">
        <w:rPr>
          <w:rStyle w:val="Rponses"/>
        </w:rPr>
        <w:tab/>
      </w:r>
      <w:sdt>
        <w:sdtPr>
          <w:rPr>
            <w:rStyle w:val="Rponses"/>
          </w:rPr>
          <w:id w:val="-1609577023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3842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923842" w:rsidRPr="00807F02">
        <w:rPr>
          <w:lang w:val="fr-FR"/>
        </w:rPr>
        <w:t xml:space="preserve"> Administratif</w:t>
      </w:r>
      <w:r w:rsidR="00923842">
        <w:rPr>
          <w:lang w:val="fr-FR"/>
        </w:rPr>
        <w:tab/>
      </w:r>
      <w:r w:rsidR="00923842">
        <w:rPr>
          <w:lang w:val="fr-FR"/>
        </w:rPr>
        <w:tab/>
      </w:r>
      <w:r w:rsidR="00923842">
        <w:rPr>
          <w:lang w:val="fr-FR"/>
        </w:rPr>
        <w:tab/>
      </w:r>
      <w:sdt>
        <w:sdtPr>
          <w:rPr>
            <w:rStyle w:val="Rponses"/>
          </w:rPr>
          <w:id w:val="-2004115802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3842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923842" w:rsidRPr="00807F02">
        <w:rPr>
          <w:lang w:val="fr-FR"/>
        </w:rPr>
        <w:t xml:space="preserve"> </w:t>
      </w:r>
      <w:r w:rsidR="00923842">
        <w:rPr>
          <w:lang w:val="fr-FR"/>
        </w:rPr>
        <w:t>Soutien de l’aidant</w:t>
      </w:r>
    </w:p>
    <w:p w14:paraId="113F56A1" w14:textId="77777777" w:rsidR="00D26527" w:rsidRDefault="00D26527" w:rsidP="00D26527">
      <w:pPr>
        <w:spacing w:after="120" w:line="240" w:lineRule="auto"/>
        <w:ind w:left="-709"/>
        <w:rPr>
          <w:rStyle w:val="Rponses"/>
        </w:rPr>
      </w:pPr>
    </w:p>
    <w:p w14:paraId="24D11997" w14:textId="6ECEEBC6" w:rsidR="00923842" w:rsidRPr="00923842" w:rsidRDefault="00CE2799" w:rsidP="00D26527">
      <w:pPr>
        <w:pStyle w:val="Paragraphedeliste"/>
        <w:numPr>
          <w:ilvl w:val="0"/>
          <w:numId w:val="10"/>
        </w:numPr>
        <w:spacing w:after="120" w:line="240" w:lineRule="auto"/>
        <w:rPr>
          <w:b/>
          <w:u w:val="single"/>
          <w:lang w:val="fr-FR"/>
        </w:rPr>
      </w:pPr>
      <w:r>
        <w:rPr>
          <w:b/>
          <w:u w:val="single"/>
          <w:lang w:val="fr-FR"/>
        </w:rPr>
        <w:t>VOLET SOCIAL</w:t>
      </w:r>
    </w:p>
    <w:p w14:paraId="08A8F070" w14:textId="77777777" w:rsidR="00923842" w:rsidRDefault="00656554" w:rsidP="00D26527">
      <w:pPr>
        <w:spacing w:after="120" w:line="240" w:lineRule="auto"/>
        <w:ind w:left="-709"/>
        <w:rPr>
          <w:lang w:val="fr-FR"/>
        </w:rPr>
      </w:pPr>
      <w:r w:rsidRPr="00923842">
        <w:rPr>
          <w:b/>
          <w:lang w:val="fr-FR"/>
        </w:rPr>
        <w:t>Mesure de protection</w:t>
      </w:r>
      <w:r w:rsidR="00923842" w:rsidRPr="00923842">
        <w:rPr>
          <w:b/>
          <w:lang w:val="fr-FR"/>
        </w:rPr>
        <w:t xml:space="preserve"> juridique</w:t>
      </w:r>
      <w:r w:rsidRPr="00923842">
        <w:rPr>
          <w:b/>
          <w:lang w:val="fr-FR"/>
        </w:rPr>
        <w:t xml:space="preserve"> : </w:t>
      </w:r>
      <w:sdt>
        <w:sdtPr>
          <w:rPr>
            <w:rStyle w:val="Rponses"/>
          </w:rPr>
          <w:id w:val="-1860730032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3842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923842" w:rsidRPr="00807F02">
        <w:rPr>
          <w:lang w:val="fr-FR"/>
        </w:rPr>
        <w:t xml:space="preserve"> Oui </w:t>
      </w:r>
      <w:sdt>
        <w:sdtPr>
          <w:rPr>
            <w:rStyle w:val="Rponses"/>
          </w:rPr>
          <w:id w:val="-405225457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3842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923842" w:rsidRPr="00807F02">
        <w:rPr>
          <w:lang w:val="fr-FR"/>
        </w:rPr>
        <w:t xml:space="preserve"> </w:t>
      </w:r>
      <w:r w:rsidR="00923842">
        <w:rPr>
          <w:lang w:val="fr-FR"/>
        </w:rPr>
        <w:t xml:space="preserve">Non </w:t>
      </w:r>
      <w:sdt>
        <w:sdtPr>
          <w:rPr>
            <w:rStyle w:val="Rponses"/>
          </w:rPr>
          <w:id w:val="1539779969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3842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923842">
        <w:rPr>
          <w:rStyle w:val="Rponses"/>
        </w:rPr>
        <w:t xml:space="preserve"> </w:t>
      </w:r>
      <w:r w:rsidR="00923842">
        <w:rPr>
          <w:lang w:val="fr-FR"/>
        </w:rPr>
        <w:t>En cours</w:t>
      </w:r>
    </w:p>
    <w:p w14:paraId="732A259B" w14:textId="12E18F6B" w:rsidR="00923842" w:rsidRDefault="00923842" w:rsidP="00D26527">
      <w:pPr>
        <w:spacing w:after="120" w:line="240" w:lineRule="auto"/>
        <w:ind w:left="-709"/>
        <w:rPr>
          <w:lang w:val="fr-FR"/>
        </w:rPr>
      </w:pPr>
      <w:r>
        <w:rPr>
          <w:lang w:val="fr-FR"/>
        </w:rPr>
        <w:t xml:space="preserve">Préciser : </w:t>
      </w:r>
      <w:r w:rsidR="007E2980">
        <w:rPr>
          <w:lang w:val="fr-FR"/>
        </w:rPr>
        <w:tab/>
      </w:r>
      <w:sdt>
        <w:sdtPr>
          <w:rPr>
            <w:rStyle w:val="Rponses"/>
          </w:rPr>
          <w:id w:val="1454137115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Pr="00807F02">
        <w:rPr>
          <w:lang w:val="fr-FR"/>
        </w:rPr>
        <w:t xml:space="preserve"> Curatelle </w:t>
      </w:r>
      <w:sdt>
        <w:sdtPr>
          <w:rPr>
            <w:rStyle w:val="Rponses"/>
          </w:rPr>
          <w:id w:val="68552282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Pr="00807F02">
        <w:rPr>
          <w:lang w:val="fr-FR"/>
        </w:rPr>
        <w:t xml:space="preserve"> Tutelle </w:t>
      </w:r>
      <w:sdt>
        <w:sdtPr>
          <w:rPr>
            <w:rStyle w:val="Rponses"/>
          </w:rPr>
          <w:id w:val="1640846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2980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Pr="00807F02">
        <w:rPr>
          <w:lang w:val="fr-FR"/>
        </w:rPr>
        <w:t xml:space="preserve"> Habilitation familiale</w:t>
      </w:r>
      <w:r>
        <w:rPr>
          <w:lang w:val="fr-FR"/>
        </w:rPr>
        <w:t xml:space="preserve"> </w:t>
      </w:r>
      <w:sdt>
        <w:sdtPr>
          <w:rPr>
            <w:rStyle w:val="Rponses"/>
          </w:rPr>
          <w:id w:val="2015878686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>
        <w:rPr>
          <w:rStyle w:val="Rponses"/>
        </w:rPr>
        <w:t xml:space="preserve"> </w:t>
      </w:r>
      <w:r>
        <w:rPr>
          <w:lang w:val="fr-FR"/>
        </w:rPr>
        <w:t>Mandat de Protection</w:t>
      </w:r>
      <w:r w:rsidR="005570BA">
        <w:rPr>
          <w:lang w:val="fr-FR"/>
        </w:rPr>
        <w:t xml:space="preserve"> en cours</w:t>
      </w:r>
    </w:p>
    <w:p w14:paraId="52B71FC1" w14:textId="11B6D62B" w:rsidR="007E2980" w:rsidRDefault="007E2980" w:rsidP="00EA010C">
      <w:pPr>
        <w:spacing w:line="240" w:lineRule="auto"/>
        <w:ind w:left="-709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sdt>
        <w:sdtPr>
          <w:rPr>
            <w:rStyle w:val="Rponses"/>
          </w:rPr>
          <w:id w:val="-343481585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>
        <w:rPr>
          <w:rStyle w:val="Rponses"/>
        </w:rPr>
        <w:t xml:space="preserve"> </w:t>
      </w:r>
      <w:r>
        <w:rPr>
          <w:lang w:val="fr-FR"/>
        </w:rPr>
        <w:t xml:space="preserve">Autre : </w:t>
      </w:r>
      <w:sdt>
        <w:sdtPr>
          <w:rPr>
            <w:rStyle w:val="Rponses"/>
          </w:rPr>
          <w:tag w:val="hfjf"/>
          <w:id w:val="124430015"/>
          <w:placeholder>
            <w:docPart w:val="1B661922D7B74370A858C8E6C7A229B2"/>
          </w:placeholder>
          <w:showingPlcHdr/>
          <w15:color w:val="3366FF"/>
        </w:sdtPr>
        <w:sdtEndPr>
          <w:rPr>
            <w:rStyle w:val="Policepardfaut"/>
            <w:b w:val="0"/>
            <w:color w:val="auto"/>
            <w:lang w:val="fr-FR"/>
          </w:rPr>
        </w:sdtEndPr>
        <w:sdtContent>
          <w:r w:rsidR="00EA010C" w:rsidRPr="008A0DA8">
            <w:rPr>
              <w:rStyle w:val="Textedelespacerserv"/>
            </w:rPr>
            <w:t>Cliquez ou appuyez ici pour entrer du texte.</w:t>
          </w:r>
        </w:sdtContent>
      </w:sdt>
    </w:p>
    <w:p w14:paraId="64DAD37F" w14:textId="2F28FEA3" w:rsidR="00807F02" w:rsidRDefault="007E2980" w:rsidP="00D26527">
      <w:pPr>
        <w:spacing w:line="240" w:lineRule="auto"/>
        <w:ind w:left="-709"/>
        <w:rPr>
          <w:lang w:val="fr-FR"/>
        </w:rPr>
      </w:pPr>
      <w:r>
        <w:rPr>
          <w:lang w:val="fr-FR"/>
        </w:rPr>
        <w:t xml:space="preserve">Personne(s) habilitée(s) : </w:t>
      </w:r>
      <w:sdt>
        <w:sdtPr>
          <w:rPr>
            <w:rStyle w:val="Rponses"/>
          </w:rPr>
          <w:tag w:val="hfjf"/>
          <w:id w:val="-107661418"/>
          <w:placeholder>
            <w:docPart w:val="08AF7FD2F76B4578A532946F698EA626"/>
          </w:placeholder>
          <w:showingPlcHdr/>
          <w15:color w:val="3366FF"/>
        </w:sdtPr>
        <w:sdtEndPr>
          <w:rPr>
            <w:rStyle w:val="Policepardfaut"/>
            <w:b w:val="0"/>
            <w:color w:val="auto"/>
            <w:lang w:val="fr-FR"/>
          </w:rPr>
        </w:sdtEndPr>
        <w:sdtContent>
          <w:r w:rsidR="00EA010C" w:rsidRPr="008A0DA8">
            <w:rPr>
              <w:rStyle w:val="Textedelespacerserv"/>
            </w:rPr>
            <w:t>Cliquez ou appuyez ici pour entrer du texte.</w:t>
          </w:r>
        </w:sdtContent>
      </w:sdt>
    </w:p>
    <w:p w14:paraId="7C803979" w14:textId="77777777" w:rsidR="00D26527" w:rsidRDefault="00D26527" w:rsidP="00D26527">
      <w:pPr>
        <w:spacing w:line="240" w:lineRule="auto"/>
        <w:ind w:left="-709"/>
        <w:rPr>
          <w:lang w:val="fr-FR"/>
        </w:rPr>
      </w:pPr>
    </w:p>
    <w:p w14:paraId="52BD8257" w14:textId="429C2D3C" w:rsidR="00D26527" w:rsidRDefault="00D26527" w:rsidP="00D26527">
      <w:pPr>
        <w:spacing w:line="240" w:lineRule="auto"/>
        <w:ind w:left="-709"/>
        <w:rPr>
          <w:lang w:val="fr-FR"/>
        </w:rPr>
      </w:pPr>
      <w:r>
        <w:rPr>
          <w:lang w:val="fr-FR"/>
        </w:rPr>
        <w:t xml:space="preserve">Accompagnement social professionnel : </w:t>
      </w:r>
      <w:sdt>
        <w:sdtPr>
          <w:rPr>
            <w:rStyle w:val="Rponses"/>
          </w:rPr>
          <w:id w:val="196440942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E2980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Pr="007E2980">
        <w:rPr>
          <w:lang w:val="fr-FR"/>
        </w:rPr>
        <w:t xml:space="preserve"> Oui </w:t>
      </w:r>
      <w:sdt>
        <w:sdtPr>
          <w:rPr>
            <w:rStyle w:val="Rponses"/>
          </w:rPr>
          <w:id w:val="-1666311175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E2980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Pr="007E2980">
        <w:rPr>
          <w:lang w:val="fr-FR"/>
        </w:rPr>
        <w:t xml:space="preserve"> Non</w:t>
      </w:r>
      <w:r>
        <w:rPr>
          <w:lang w:val="fr-FR"/>
        </w:rPr>
        <w:tab/>
        <w:t xml:space="preserve">Préciser : </w:t>
      </w:r>
      <w:sdt>
        <w:sdtPr>
          <w:rPr>
            <w:lang w:val="fr-FR"/>
          </w:rPr>
          <w:id w:val="-52779334"/>
          <w:placeholder>
            <w:docPart w:val="650F35D4F48A4E23822E3F6840123F52"/>
          </w:placeholder>
        </w:sdtPr>
        <w:sdtContent>
          <w:sdt>
            <w:sdtPr>
              <w:rPr>
                <w:rStyle w:val="Rponses"/>
              </w:rPr>
              <w:tag w:val="hfjf"/>
              <w:id w:val="-1901504656"/>
              <w:placeholder>
                <w:docPart w:val="5A81058DA99541D1A4E9A2BDBD1AC4C8"/>
              </w:placeholder>
              <w:showingPlcHdr/>
              <w15:color w:val="3366FF"/>
            </w:sdtPr>
            <w:sdtEndPr>
              <w:rPr>
                <w:rStyle w:val="Policepardfaut"/>
                <w:b w:val="0"/>
                <w:color w:val="auto"/>
                <w:lang w:val="fr-FR"/>
              </w:rPr>
            </w:sdtEndPr>
            <w:sdtContent>
              <w:r w:rsidRPr="008A0DA8">
                <w:rPr>
                  <w:rStyle w:val="Textedelespacerserv"/>
                </w:rPr>
                <w:t>Cliquez ou appuyez ici pour entrer du texte.</w:t>
              </w:r>
            </w:sdtContent>
          </w:sdt>
        </w:sdtContent>
      </w:sdt>
    </w:p>
    <w:p w14:paraId="220D7C7C" w14:textId="77777777" w:rsidR="00915530" w:rsidRDefault="00814D9D" w:rsidP="00915530">
      <w:pPr>
        <w:spacing w:line="240" w:lineRule="auto"/>
        <w:ind w:left="-709"/>
        <w:rPr>
          <w:lang w:val="fr-FR"/>
        </w:rPr>
      </w:pPr>
      <w:r w:rsidRPr="007E2980">
        <w:rPr>
          <w:lang w:val="fr-FR"/>
        </w:rPr>
        <w:t xml:space="preserve">Téléalarme : </w:t>
      </w:r>
      <w:sdt>
        <w:sdtPr>
          <w:rPr>
            <w:rStyle w:val="Rponses"/>
          </w:rPr>
          <w:id w:val="-1025327994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2980" w:rsidRPr="007E2980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7E2980" w:rsidRPr="007E2980">
        <w:rPr>
          <w:lang w:val="fr-FR"/>
        </w:rPr>
        <w:t xml:space="preserve"> </w:t>
      </w:r>
      <w:r w:rsidRPr="007E2980">
        <w:rPr>
          <w:lang w:val="fr-FR"/>
        </w:rPr>
        <w:t xml:space="preserve">Oui </w:t>
      </w:r>
      <w:sdt>
        <w:sdtPr>
          <w:rPr>
            <w:rStyle w:val="Rponses"/>
          </w:rPr>
          <w:id w:val="-1484463958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2980" w:rsidRPr="007E2980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7E2980" w:rsidRPr="007E2980">
        <w:rPr>
          <w:lang w:val="fr-FR"/>
        </w:rPr>
        <w:t xml:space="preserve"> </w:t>
      </w:r>
      <w:r w:rsidRPr="007E2980">
        <w:rPr>
          <w:lang w:val="fr-FR"/>
        </w:rPr>
        <w:t>Non</w:t>
      </w:r>
    </w:p>
    <w:p w14:paraId="6713729F" w14:textId="3D6D3816" w:rsidR="00814D9D" w:rsidRDefault="00814D9D" w:rsidP="00915530">
      <w:pPr>
        <w:spacing w:line="240" w:lineRule="auto"/>
        <w:ind w:left="-709"/>
        <w:rPr>
          <w:lang w:val="fr-FR"/>
        </w:rPr>
      </w:pPr>
      <w:r w:rsidRPr="007E2980">
        <w:rPr>
          <w:lang w:val="fr-FR"/>
        </w:rPr>
        <w:lastRenderedPageBreak/>
        <w:t xml:space="preserve">Portage de repas : </w:t>
      </w:r>
      <w:sdt>
        <w:sdtPr>
          <w:rPr>
            <w:rStyle w:val="Rponses"/>
          </w:rPr>
          <w:id w:val="-87387245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2980" w:rsidRPr="007E2980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7E2980" w:rsidRPr="007E2980">
        <w:rPr>
          <w:lang w:val="fr-FR"/>
        </w:rPr>
        <w:t xml:space="preserve"> </w:t>
      </w:r>
      <w:r w:rsidRPr="007E2980">
        <w:rPr>
          <w:lang w:val="fr-FR"/>
        </w:rPr>
        <w:t xml:space="preserve">Oui </w:t>
      </w:r>
      <w:sdt>
        <w:sdtPr>
          <w:rPr>
            <w:rStyle w:val="Rponses"/>
          </w:rPr>
          <w:id w:val="1635069548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2980" w:rsidRPr="007E2980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7E2980" w:rsidRPr="007E2980">
        <w:rPr>
          <w:lang w:val="fr-FR"/>
        </w:rPr>
        <w:t xml:space="preserve"> </w:t>
      </w:r>
      <w:r w:rsidRPr="007E2980">
        <w:rPr>
          <w:lang w:val="fr-FR"/>
        </w:rPr>
        <w:t>Non</w:t>
      </w:r>
    </w:p>
    <w:p w14:paraId="76EF8192" w14:textId="77777777" w:rsidR="00A62FF2" w:rsidRDefault="00A62FF2" w:rsidP="000D2B05">
      <w:pPr>
        <w:spacing w:line="240" w:lineRule="auto"/>
        <w:ind w:left="-709"/>
        <w:rPr>
          <w:lang w:val="fr-FR"/>
        </w:rPr>
      </w:pPr>
    </w:p>
    <w:p w14:paraId="20DE879A" w14:textId="10DFD40C" w:rsidR="00A62FF2" w:rsidRDefault="00A62FF2" w:rsidP="000D2B05">
      <w:pPr>
        <w:spacing w:line="240" w:lineRule="auto"/>
        <w:ind w:left="-709"/>
        <w:rPr>
          <w:lang w:val="fr-FR"/>
        </w:rPr>
      </w:pPr>
      <w:r>
        <w:rPr>
          <w:lang w:val="fr-FR"/>
        </w:rPr>
        <w:t xml:space="preserve">Bénéficie de l’APA : </w:t>
      </w:r>
      <w:sdt>
        <w:sdtPr>
          <w:rPr>
            <w:rStyle w:val="Rponses"/>
          </w:rPr>
          <w:id w:val="1029530866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E2980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Pr="007E2980">
        <w:rPr>
          <w:lang w:val="fr-FR"/>
        </w:rPr>
        <w:t xml:space="preserve"> Oui </w:t>
      </w:r>
      <w:sdt>
        <w:sdtPr>
          <w:rPr>
            <w:rStyle w:val="Rponses"/>
          </w:rPr>
          <w:id w:val="-3905061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E2980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Pr="007E2980">
        <w:rPr>
          <w:lang w:val="fr-FR"/>
        </w:rPr>
        <w:t xml:space="preserve"> Non</w:t>
      </w:r>
      <w:r w:rsidR="00D26527">
        <w:rPr>
          <w:lang w:val="fr-FR"/>
        </w:rPr>
        <w:t xml:space="preserve"> </w:t>
      </w:r>
      <w:sdt>
        <w:sdtPr>
          <w:rPr>
            <w:rStyle w:val="Rponses"/>
          </w:rPr>
          <w:id w:val="400943723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6527" w:rsidRPr="007E2980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D26527" w:rsidRPr="007E2980">
        <w:rPr>
          <w:lang w:val="fr-FR"/>
        </w:rPr>
        <w:t xml:space="preserve"> </w:t>
      </w:r>
      <w:r w:rsidR="00D26527">
        <w:rPr>
          <w:lang w:val="fr-FR"/>
        </w:rPr>
        <w:t>En cours</w:t>
      </w:r>
      <w:r>
        <w:rPr>
          <w:lang w:val="fr-FR"/>
        </w:rPr>
        <w:tab/>
      </w:r>
      <w:r w:rsidR="00D26527">
        <w:rPr>
          <w:lang w:val="fr-FR"/>
        </w:rPr>
        <w:tab/>
      </w:r>
      <w:r w:rsidR="00D26527">
        <w:rPr>
          <w:lang w:val="fr-FR"/>
        </w:rPr>
        <w:tab/>
      </w:r>
      <w:r>
        <w:rPr>
          <w:lang w:val="fr-FR"/>
        </w:rPr>
        <w:t xml:space="preserve">Si oui, préciser le GIR : </w:t>
      </w:r>
      <w:sdt>
        <w:sdtPr>
          <w:rPr>
            <w:rStyle w:val="Style1"/>
          </w:rPr>
          <w:id w:val="1353832610"/>
          <w:placeholder>
            <w:docPart w:val="DefaultPlaceholder_-1854013439"/>
          </w:placeholder>
          <w:showingPlcHdr/>
          <w15:color w:val="3366FF"/>
          <w:dropDownList>
            <w:listItem w:value="Choisissez un élément."/>
            <w:listItem w:displayText="1" w:value="1"/>
            <w:listItem w:displayText="2" w:value="2"/>
            <w:listItem w:displayText="3" w:value="3"/>
            <w:listItem w:displayText="4" w:value="4"/>
          </w:dropDownList>
        </w:sdtPr>
        <w:sdtEndPr>
          <w:rPr>
            <w:rStyle w:val="Policepardfaut"/>
            <w:b w:val="0"/>
            <w:color w:val="auto"/>
            <w:lang w:val="fr-FR"/>
          </w:rPr>
        </w:sdtEndPr>
        <w:sdtContent>
          <w:r w:rsidRPr="009F0EF9">
            <w:rPr>
              <w:rStyle w:val="Textedelespacerserv"/>
            </w:rPr>
            <w:t>Choisissez un élément.</w:t>
          </w:r>
        </w:sdtContent>
      </w:sdt>
      <w:r w:rsidR="00D26527">
        <w:rPr>
          <w:lang w:val="fr-FR"/>
        </w:rPr>
        <w:tab/>
      </w:r>
    </w:p>
    <w:p w14:paraId="611F0AE0" w14:textId="7DA2FCD4" w:rsidR="00A62FF2" w:rsidRDefault="00A62FF2" w:rsidP="000D2B05">
      <w:pPr>
        <w:spacing w:line="240" w:lineRule="auto"/>
        <w:ind w:left="-709"/>
        <w:rPr>
          <w:lang w:val="fr-FR"/>
        </w:rPr>
      </w:pPr>
      <w:r>
        <w:rPr>
          <w:lang w:val="fr-FR"/>
        </w:rPr>
        <w:t>Date d</w:t>
      </w:r>
      <w:r w:rsidR="00915530">
        <w:rPr>
          <w:lang w:val="fr-FR"/>
        </w:rPr>
        <w:t xml:space="preserve">e la dernière </w:t>
      </w:r>
      <w:r>
        <w:rPr>
          <w:lang w:val="fr-FR"/>
        </w:rPr>
        <w:t xml:space="preserve">évaluation : </w:t>
      </w:r>
      <w:sdt>
        <w:sdtPr>
          <w:rPr>
            <w:lang w:val="fr-FR"/>
          </w:rPr>
          <w:id w:val="-876552073"/>
          <w:placeholder>
            <w:docPart w:val="DefaultPlaceholder_-1854013440"/>
          </w:placeholder>
        </w:sdtPr>
        <w:sdtContent>
          <w:sdt>
            <w:sdtPr>
              <w:rPr>
                <w:rStyle w:val="Rponses"/>
              </w:rPr>
              <w:tag w:val="hfjf"/>
              <w:id w:val="13424062"/>
              <w:placeholder>
                <w:docPart w:val="6A189028ECDA4763B69A049E94E89E9F"/>
              </w:placeholder>
              <w:showingPlcHdr/>
              <w15:color w:val="3366FF"/>
            </w:sdtPr>
            <w:sdtEndPr>
              <w:rPr>
                <w:rStyle w:val="Policepardfaut"/>
                <w:b w:val="0"/>
                <w:color w:val="auto"/>
                <w:lang w:val="fr-FR"/>
              </w:rPr>
            </w:sdtEndPr>
            <w:sdtContent>
              <w:r w:rsidR="00CE2799" w:rsidRPr="008A0DA8">
                <w:rPr>
                  <w:rStyle w:val="Textedelespacerserv"/>
                </w:rPr>
                <w:t>Cliquez ou appuyez ici pour entrer du texte.</w:t>
              </w:r>
            </w:sdtContent>
          </w:sdt>
        </w:sdtContent>
      </w:sdt>
    </w:p>
    <w:p w14:paraId="0329F5F3" w14:textId="77777777" w:rsidR="007E2980" w:rsidRDefault="007E2980" w:rsidP="00D26527">
      <w:pPr>
        <w:spacing w:line="240" w:lineRule="auto"/>
        <w:rPr>
          <w:lang w:val="fr-FR"/>
        </w:rPr>
      </w:pPr>
    </w:p>
    <w:p w14:paraId="76C1473D" w14:textId="1768C8FB" w:rsidR="00264EEC" w:rsidRPr="00807F02" w:rsidRDefault="00656554" w:rsidP="007E2980">
      <w:pPr>
        <w:pStyle w:val="Paragraphedeliste"/>
        <w:numPr>
          <w:ilvl w:val="0"/>
          <w:numId w:val="10"/>
        </w:numPr>
        <w:spacing w:line="240" w:lineRule="auto"/>
        <w:rPr>
          <w:lang w:val="fr-FR"/>
        </w:rPr>
      </w:pPr>
      <w:r w:rsidRPr="007E2980">
        <w:rPr>
          <w:b/>
          <w:u w:val="single"/>
          <w:lang w:val="fr-FR"/>
        </w:rPr>
        <w:t>SANTÉ ET PARCOURS DE SOINS</w:t>
      </w:r>
    </w:p>
    <w:p w14:paraId="79125389" w14:textId="135A1CE8" w:rsidR="007E2980" w:rsidRDefault="007E2980" w:rsidP="000D2B05">
      <w:pPr>
        <w:spacing w:line="240" w:lineRule="auto"/>
        <w:ind w:left="-709"/>
        <w:rPr>
          <w:lang w:val="fr-FR"/>
        </w:rPr>
      </w:pPr>
      <w:r>
        <w:rPr>
          <w:lang w:val="fr-FR"/>
        </w:rPr>
        <w:t xml:space="preserve">Pathologie(s) : </w:t>
      </w:r>
      <w:sdt>
        <w:sdtPr>
          <w:rPr>
            <w:rStyle w:val="Rponses"/>
          </w:rPr>
          <w:id w:val="-902375957"/>
          <w:placeholder>
            <w:docPart w:val="A09C62DB5F614464B7B08A9DE3747866"/>
          </w:placeholder>
          <w:showingPlcHdr/>
          <w15:color w:val="3366FF"/>
        </w:sdtPr>
        <w:sdtEndPr>
          <w:rPr>
            <w:rStyle w:val="Policepardfaut"/>
            <w:b w:val="0"/>
            <w:color w:val="auto"/>
            <w:lang w:val="fr-FR"/>
          </w:rPr>
        </w:sdtEndPr>
        <w:sdtContent>
          <w:r w:rsidRPr="008A0DA8">
            <w:rPr>
              <w:rStyle w:val="Textedelespacerserv"/>
            </w:rPr>
            <w:t>Cliquez ou appuyez ici pour entrer du texte.</w:t>
          </w:r>
        </w:sdtContent>
      </w:sdt>
    </w:p>
    <w:p w14:paraId="6FD6D609" w14:textId="53B8F16A" w:rsidR="00264EEC" w:rsidRPr="00807F02" w:rsidRDefault="00656554" w:rsidP="000D2B05">
      <w:pPr>
        <w:spacing w:line="240" w:lineRule="auto"/>
        <w:ind w:left="-709"/>
        <w:rPr>
          <w:lang w:val="fr-FR"/>
        </w:rPr>
      </w:pPr>
      <w:r w:rsidRPr="00807F02">
        <w:rPr>
          <w:lang w:val="fr-FR"/>
        </w:rPr>
        <w:t xml:space="preserve">Médecin traitant : </w:t>
      </w:r>
      <w:sdt>
        <w:sdtPr>
          <w:rPr>
            <w:rStyle w:val="Rponses"/>
          </w:rPr>
          <w:id w:val="-1274243446"/>
          <w:placeholder>
            <w:docPart w:val="563FBD85BED34CB2A2591CCEEF33452D"/>
          </w:placeholder>
          <w:showingPlcHdr/>
          <w15:color w:val="3366FF"/>
        </w:sdtPr>
        <w:sdtEndPr>
          <w:rPr>
            <w:rStyle w:val="Policepardfaut"/>
            <w:b w:val="0"/>
            <w:color w:val="auto"/>
            <w:lang w:val="fr-FR"/>
          </w:rPr>
        </w:sdtEndPr>
        <w:sdtContent>
          <w:r w:rsidR="007E2980" w:rsidRPr="008A0DA8">
            <w:rPr>
              <w:rStyle w:val="Textedelespacerserv"/>
            </w:rPr>
            <w:t>Cliquez ou appuyez ici pour entrer du texte.</w:t>
          </w:r>
        </w:sdtContent>
      </w:sdt>
    </w:p>
    <w:p w14:paraId="1FDE003F" w14:textId="77777777" w:rsidR="00264EEC" w:rsidRPr="00807F02" w:rsidRDefault="00656554" w:rsidP="000D2B05">
      <w:pPr>
        <w:spacing w:line="240" w:lineRule="auto"/>
        <w:ind w:left="-709"/>
        <w:rPr>
          <w:lang w:val="fr-FR"/>
        </w:rPr>
      </w:pPr>
      <w:r w:rsidRPr="00807F02">
        <w:rPr>
          <w:lang w:val="fr-FR"/>
        </w:rPr>
        <w:t>Autres professionnels / dispositifs en place :</w:t>
      </w:r>
    </w:p>
    <w:p w14:paraId="09567326" w14:textId="0002303E" w:rsidR="007E2980" w:rsidRDefault="00915530" w:rsidP="000D2B05">
      <w:pPr>
        <w:spacing w:line="240" w:lineRule="auto"/>
        <w:ind w:left="-709"/>
        <w:rPr>
          <w:lang w:val="fr-FR"/>
        </w:rPr>
      </w:pPr>
      <w:sdt>
        <w:sdtPr>
          <w:rPr>
            <w:rStyle w:val="Rponses"/>
          </w:rPr>
          <w:id w:val="73798795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2980" w:rsidRPr="007E2980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7E2980" w:rsidRPr="007E2980">
        <w:rPr>
          <w:lang w:val="fr-FR"/>
        </w:rPr>
        <w:t xml:space="preserve"> </w:t>
      </w:r>
      <w:r w:rsidR="007E2980">
        <w:rPr>
          <w:lang w:val="fr-FR"/>
        </w:rPr>
        <w:t>DAC</w:t>
      </w:r>
      <w:r w:rsidR="007E2980">
        <w:rPr>
          <w:lang w:val="fr-FR"/>
        </w:rPr>
        <w:tab/>
      </w:r>
      <w:r w:rsidR="007E2980">
        <w:rPr>
          <w:lang w:val="fr-FR"/>
        </w:rPr>
        <w:tab/>
      </w:r>
      <w:sdt>
        <w:sdtPr>
          <w:rPr>
            <w:rStyle w:val="Rponses"/>
          </w:rPr>
          <w:id w:val="830879617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2980" w:rsidRPr="007E2980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7E2980" w:rsidRPr="007E2980">
        <w:rPr>
          <w:lang w:val="fr-FR"/>
        </w:rPr>
        <w:t xml:space="preserve"> </w:t>
      </w:r>
      <w:r w:rsidR="007E2980">
        <w:rPr>
          <w:lang w:val="fr-FR"/>
        </w:rPr>
        <w:t>SAAD</w:t>
      </w:r>
      <w:r w:rsidR="007E2980">
        <w:rPr>
          <w:lang w:val="fr-FR"/>
        </w:rPr>
        <w:tab/>
      </w:r>
      <w:sdt>
        <w:sdtPr>
          <w:rPr>
            <w:rStyle w:val="Rponses"/>
          </w:rPr>
          <w:id w:val="-38592594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2980" w:rsidRPr="007E2980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7E2980" w:rsidRPr="007E2980">
        <w:rPr>
          <w:lang w:val="fr-FR"/>
        </w:rPr>
        <w:t xml:space="preserve"> </w:t>
      </w:r>
      <w:r w:rsidR="005570BA">
        <w:rPr>
          <w:lang w:val="fr-FR"/>
        </w:rPr>
        <w:t>S</w:t>
      </w:r>
      <w:r w:rsidR="00656554" w:rsidRPr="00807F02">
        <w:rPr>
          <w:lang w:val="fr-FR"/>
        </w:rPr>
        <w:t>AD</w:t>
      </w:r>
      <w:r w:rsidR="005570BA">
        <w:rPr>
          <w:lang w:val="fr-FR"/>
        </w:rPr>
        <w:t xml:space="preserve"> (SSIAD)</w:t>
      </w:r>
      <w:r w:rsidR="007E2980">
        <w:rPr>
          <w:lang w:val="fr-FR"/>
        </w:rPr>
        <w:tab/>
      </w:r>
      <w:sdt>
        <w:sdtPr>
          <w:rPr>
            <w:rStyle w:val="Rponses"/>
          </w:rPr>
          <w:id w:val="487674166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2980" w:rsidRPr="007E2980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7E2980" w:rsidRPr="007E2980">
        <w:rPr>
          <w:lang w:val="fr-FR"/>
        </w:rPr>
        <w:t xml:space="preserve"> </w:t>
      </w:r>
      <w:r w:rsidR="00656554" w:rsidRPr="00807F02">
        <w:rPr>
          <w:lang w:val="fr-FR"/>
        </w:rPr>
        <w:t>HAD</w:t>
      </w:r>
      <w:r w:rsidR="005570BA">
        <w:rPr>
          <w:lang w:val="fr-FR"/>
        </w:rPr>
        <w:tab/>
      </w:r>
      <w:r w:rsidR="005570BA">
        <w:rPr>
          <w:lang w:val="fr-FR"/>
        </w:rPr>
        <w:tab/>
      </w:r>
      <w:r w:rsidR="00656554" w:rsidRPr="00807F02">
        <w:rPr>
          <w:lang w:val="fr-FR"/>
        </w:rPr>
        <w:t xml:space="preserve"> </w:t>
      </w:r>
      <w:sdt>
        <w:sdtPr>
          <w:rPr>
            <w:rStyle w:val="Rponses"/>
          </w:rPr>
          <w:id w:val="-951089484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70BA" w:rsidRPr="007E2980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5570BA" w:rsidRPr="007E2980">
        <w:rPr>
          <w:lang w:val="fr-FR"/>
        </w:rPr>
        <w:t xml:space="preserve"> </w:t>
      </w:r>
      <w:r w:rsidR="005570BA">
        <w:rPr>
          <w:lang w:val="fr-FR"/>
        </w:rPr>
        <w:t>ESA</w:t>
      </w:r>
      <w:r w:rsidR="005570BA">
        <w:rPr>
          <w:lang w:val="fr-FR"/>
        </w:rPr>
        <w:tab/>
      </w:r>
    </w:p>
    <w:p w14:paraId="6C7283FE" w14:textId="19D55ACF" w:rsidR="00264EEC" w:rsidRPr="00814D9D" w:rsidRDefault="00915530" w:rsidP="000D2B05">
      <w:pPr>
        <w:spacing w:line="240" w:lineRule="auto"/>
        <w:ind w:left="-709"/>
        <w:rPr>
          <w:highlight w:val="yellow"/>
          <w:lang w:val="fr-FR"/>
        </w:rPr>
      </w:pPr>
      <w:sdt>
        <w:sdtPr>
          <w:rPr>
            <w:rStyle w:val="Rponses"/>
          </w:rPr>
          <w:id w:val="1658951337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2980" w:rsidRPr="007E2980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7E2980" w:rsidRPr="007E2980">
        <w:rPr>
          <w:lang w:val="fr-FR"/>
        </w:rPr>
        <w:t xml:space="preserve"> </w:t>
      </w:r>
      <w:r w:rsidR="00656554" w:rsidRPr="00807F02">
        <w:rPr>
          <w:lang w:val="fr-FR"/>
        </w:rPr>
        <w:t xml:space="preserve">Hôpital </w:t>
      </w:r>
      <w:r w:rsidR="007E2980">
        <w:rPr>
          <w:lang w:val="fr-FR"/>
        </w:rPr>
        <w:tab/>
      </w:r>
      <w:sdt>
        <w:sdtPr>
          <w:rPr>
            <w:rStyle w:val="Rponses"/>
          </w:rPr>
          <w:id w:val="2088042703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2980" w:rsidRPr="007E2980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7E2980" w:rsidRPr="007E2980">
        <w:rPr>
          <w:lang w:val="fr-FR"/>
        </w:rPr>
        <w:t xml:space="preserve"> </w:t>
      </w:r>
      <w:r w:rsidR="00656554" w:rsidRPr="00807F02">
        <w:rPr>
          <w:lang w:val="fr-FR"/>
        </w:rPr>
        <w:t xml:space="preserve">Libéraux </w:t>
      </w:r>
      <w:r w:rsidR="007E2980">
        <w:rPr>
          <w:lang w:val="fr-FR"/>
        </w:rPr>
        <w:tab/>
      </w:r>
      <w:sdt>
        <w:sdtPr>
          <w:rPr>
            <w:rStyle w:val="Rponses"/>
          </w:rPr>
          <w:id w:val="-1797985731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2980" w:rsidRPr="007E2980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7E2980" w:rsidRPr="007E2980">
        <w:rPr>
          <w:lang w:val="fr-FR"/>
        </w:rPr>
        <w:t xml:space="preserve"> </w:t>
      </w:r>
      <w:r w:rsidR="00656554" w:rsidRPr="00807F02">
        <w:rPr>
          <w:lang w:val="fr-FR"/>
        </w:rPr>
        <w:t>Autres</w:t>
      </w:r>
      <w:r w:rsidR="00814D9D">
        <w:rPr>
          <w:lang w:val="fr-FR"/>
        </w:rPr>
        <w:t xml:space="preserve"> : </w:t>
      </w:r>
      <w:sdt>
        <w:sdtPr>
          <w:rPr>
            <w:rStyle w:val="Rponses"/>
          </w:rPr>
          <w:id w:val="-1823739582"/>
          <w:placeholder>
            <w:docPart w:val="DefaultPlaceholder_-1854013440"/>
          </w:placeholder>
          <w:showingPlcHdr/>
          <w15:color w:val="3366FF"/>
        </w:sdtPr>
        <w:sdtEndPr>
          <w:rPr>
            <w:rStyle w:val="Policepardfaut"/>
            <w:b w:val="0"/>
            <w:color w:val="auto"/>
            <w:lang w:val="fr-FR"/>
          </w:rPr>
        </w:sdtEndPr>
        <w:sdtContent>
          <w:r w:rsidR="007E2980" w:rsidRPr="008A0DA8">
            <w:rPr>
              <w:rStyle w:val="Textedelespacerserv"/>
            </w:rPr>
            <w:t>Cliquez ou appuyez ici pour entrer du texte.</w:t>
          </w:r>
        </w:sdtContent>
      </w:sdt>
    </w:p>
    <w:p w14:paraId="2B42A2EE" w14:textId="00672852" w:rsidR="00814D9D" w:rsidRDefault="00814D9D" w:rsidP="00681C48">
      <w:pPr>
        <w:spacing w:line="240" w:lineRule="auto"/>
        <w:ind w:left="-709"/>
        <w:jc w:val="both"/>
        <w:rPr>
          <w:rStyle w:val="Rponses"/>
        </w:rPr>
      </w:pPr>
      <w:r w:rsidRPr="00681C48">
        <w:rPr>
          <w:lang w:val="fr-FR"/>
        </w:rPr>
        <w:t xml:space="preserve">Préciser le nom du prestataire (SAAD/SSIAD/HAD…) ou des libéraux impliqués dans </w:t>
      </w:r>
      <w:r w:rsidR="00681C48" w:rsidRPr="00681C48">
        <w:rPr>
          <w:lang w:val="fr-FR"/>
        </w:rPr>
        <w:t>l’accompagnement :</w:t>
      </w:r>
      <w:r w:rsidR="00681C48" w:rsidRPr="00681C48">
        <w:rPr>
          <w:b/>
          <w:lang w:val="fr-FR"/>
        </w:rPr>
        <w:t xml:space="preserve"> </w:t>
      </w:r>
      <w:sdt>
        <w:sdtPr>
          <w:rPr>
            <w:rStyle w:val="Rponses"/>
          </w:rPr>
          <w:id w:val="-160931499"/>
          <w:placeholder>
            <w:docPart w:val="DefaultPlaceholder_-1854013440"/>
          </w:placeholder>
          <w:showingPlcHdr/>
          <w15:color w:val="3366FF"/>
        </w:sdtPr>
        <w:sdtEndPr>
          <w:rPr>
            <w:rStyle w:val="Policepardfaut"/>
            <w:b w:val="0"/>
            <w:color w:val="auto"/>
            <w:lang w:val="fr-FR"/>
          </w:rPr>
        </w:sdtEndPr>
        <w:sdtContent>
          <w:r w:rsidR="008878A6" w:rsidRPr="008A0DA8">
            <w:rPr>
              <w:rStyle w:val="Textedelespacerserv"/>
            </w:rPr>
            <w:t>Cliquez ou appuyez ici pour entrer du texte.</w:t>
          </w:r>
        </w:sdtContent>
      </w:sdt>
    </w:p>
    <w:p w14:paraId="108270F6" w14:textId="77777777" w:rsidR="008878A6" w:rsidRPr="00807F02" w:rsidRDefault="008878A6" w:rsidP="00681C48">
      <w:pPr>
        <w:spacing w:line="240" w:lineRule="auto"/>
        <w:ind w:left="-709"/>
        <w:jc w:val="both"/>
        <w:rPr>
          <w:lang w:val="fr-FR"/>
        </w:rPr>
      </w:pPr>
    </w:p>
    <w:p w14:paraId="17B706ED" w14:textId="22D6FFA8" w:rsidR="00264EEC" w:rsidRPr="00915530" w:rsidRDefault="00681C48" w:rsidP="00915530">
      <w:pPr>
        <w:pStyle w:val="Paragraphedeliste"/>
        <w:numPr>
          <w:ilvl w:val="0"/>
          <w:numId w:val="10"/>
        </w:numPr>
        <w:spacing w:after="120" w:line="240" w:lineRule="auto"/>
        <w:rPr>
          <w:b/>
          <w:color w:val="FF0000"/>
          <w:u w:val="single"/>
          <w:lang w:val="fr-FR"/>
        </w:rPr>
      </w:pPr>
      <w:r w:rsidRPr="00915530">
        <w:rPr>
          <w:b/>
          <w:color w:val="FF0000"/>
          <w:u w:val="single"/>
          <w:lang w:val="fr-FR"/>
        </w:rPr>
        <w:t>SUITE DONNÉE À LA DEMANDE</w:t>
      </w:r>
      <w:r w:rsidR="005C3A13" w:rsidRPr="00915530">
        <w:rPr>
          <w:b/>
          <w:color w:val="FF0000"/>
          <w:u w:val="single"/>
          <w:lang w:val="fr-FR"/>
        </w:rPr>
        <w:t xml:space="preserve"> [à compléter par l’équipe CRT]</w:t>
      </w:r>
    </w:p>
    <w:p w14:paraId="639177DB" w14:textId="725CADAE" w:rsidR="00264EEC" w:rsidRPr="00807F02" w:rsidRDefault="00915530" w:rsidP="000D2B05">
      <w:pPr>
        <w:spacing w:line="240" w:lineRule="auto"/>
        <w:ind w:left="-709"/>
        <w:rPr>
          <w:lang w:val="fr-FR"/>
        </w:rPr>
      </w:pPr>
      <w:sdt>
        <w:sdtPr>
          <w:rPr>
            <w:rStyle w:val="Rponses"/>
          </w:rPr>
          <w:id w:val="146328202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1C48" w:rsidRPr="007E2980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681C48" w:rsidRPr="007E2980">
        <w:rPr>
          <w:lang w:val="fr-FR"/>
        </w:rPr>
        <w:t xml:space="preserve"> </w:t>
      </w:r>
      <w:r w:rsidR="00656554" w:rsidRPr="00807F02">
        <w:rPr>
          <w:lang w:val="fr-FR"/>
        </w:rPr>
        <w:t xml:space="preserve">Acceptée </w:t>
      </w:r>
      <w:r w:rsidR="00681C48">
        <w:rPr>
          <w:lang w:val="fr-FR"/>
        </w:rPr>
        <w:tab/>
      </w:r>
      <w:sdt>
        <w:sdtPr>
          <w:rPr>
            <w:rStyle w:val="Rponses"/>
          </w:rPr>
          <w:id w:val="1451205715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1C48" w:rsidRPr="007E2980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681C48" w:rsidRPr="007E2980">
        <w:rPr>
          <w:lang w:val="fr-FR"/>
        </w:rPr>
        <w:t xml:space="preserve"> </w:t>
      </w:r>
      <w:r w:rsidR="00656554" w:rsidRPr="00807F02">
        <w:rPr>
          <w:lang w:val="fr-FR"/>
        </w:rPr>
        <w:t>Refusée</w:t>
      </w:r>
      <w:r w:rsidR="00681C48">
        <w:rPr>
          <w:lang w:val="fr-FR"/>
        </w:rPr>
        <w:tab/>
      </w:r>
      <w:sdt>
        <w:sdtPr>
          <w:rPr>
            <w:rStyle w:val="Rponses"/>
          </w:rPr>
          <w:id w:val="883841886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1C48" w:rsidRPr="007E2980">
            <w:rPr>
              <w:rStyle w:val="Rponses"/>
              <w:rFonts w:ascii="MS Gothic" w:eastAsia="MS Gothic" w:hAnsi="MS Gothic" w:hint="eastAsia"/>
            </w:rPr>
            <w:t>☐</w:t>
          </w:r>
        </w:sdtContent>
      </w:sdt>
      <w:r w:rsidR="00656554" w:rsidRPr="00807F02">
        <w:rPr>
          <w:lang w:val="fr-FR"/>
        </w:rPr>
        <w:t xml:space="preserve"> Réorientation</w:t>
      </w:r>
      <w:r w:rsidR="00681C48">
        <w:rPr>
          <w:lang w:val="fr-FR"/>
        </w:rPr>
        <w:t xml:space="preserve"> : </w:t>
      </w:r>
      <w:sdt>
        <w:sdtPr>
          <w:rPr>
            <w:rStyle w:val="Rponses"/>
          </w:rPr>
          <w:id w:val="-87776103"/>
          <w:placeholder>
            <w:docPart w:val="DefaultPlaceholder_-1854013440"/>
          </w:placeholder>
          <w:showingPlcHdr/>
          <w15:color w:val="3366FF"/>
        </w:sdtPr>
        <w:sdtEndPr>
          <w:rPr>
            <w:rStyle w:val="Policepardfaut"/>
            <w:b w:val="0"/>
            <w:color w:val="auto"/>
            <w:lang w:val="fr-FR"/>
          </w:rPr>
        </w:sdtEndPr>
        <w:sdtContent>
          <w:r w:rsidR="00681C48" w:rsidRPr="008A0DA8">
            <w:rPr>
              <w:rStyle w:val="Textedelespacerserv"/>
            </w:rPr>
            <w:t>Cliquez ou appuyez ici pour entrer du texte.</w:t>
          </w:r>
        </w:sdtContent>
      </w:sdt>
    </w:p>
    <w:p w14:paraId="6C3F3CF3" w14:textId="77777777" w:rsidR="00681C48" w:rsidRDefault="00681C48" w:rsidP="000D2B05">
      <w:pPr>
        <w:spacing w:line="240" w:lineRule="auto"/>
        <w:ind w:left="-709"/>
        <w:rPr>
          <w:lang w:val="fr-FR"/>
        </w:rPr>
      </w:pPr>
    </w:p>
    <w:p w14:paraId="5EAFEA84" w14:textId="78BD9311" w:rsidR="00264EEC" w:rsidRPr="00807F02" w:rsidRDefault="00656554" w:rsidP="000D2B05">
      <w:pPr>
        <w:spacing w:line="240" w:lineRule="auto"/>
        <w:ind w:left="-709"/>
        <w:rPr>
          <w:lang w:val="fr-FR"/>
        </w:rPr>
      </w:pPr>
      <w:r w:rsidRPr="00807F02">
        <w:rPr>
          <w:lang w:val="fr-FR"/>
        </w:rPr>
        <w:t>Commentaires :</w:t>
      </w:r>
      <w:r w:rsidR="00681C48">
        <w:rPr>
          <w:lang w:val="fr-FR"/>
        </w:rPr>
        <w:t xml:space="preserve"> </w:t>
      </w:r>
      <w:sdt>
        <w:sdtPr>
          <w:rPr>
            <w:rStyle w:val="Rponses"/>
          </w:rPr>
          <w:id w:val="1457293407"/>
          <w:placeholder>
            <w:docPart w:val="9E4A3681F791420E925B39E2DFBA8A9D"/>
          </w:placeholder>
          <w:showingPlcHdr/>
          <w15:color w:val="3366FF"/>
        </w:sdtPr>
        <w:sdtEndPr>
          <w:rPr>
            <w:rStyle w:val="Policepardfaut"/>
            <w:b w:val="0"/>
            <w:color w:val="auto"/>
            <w:lang w:val="fr-FR"/>
          </w:rPr>
        </w:sdtEndPr>
        <w:sdtContent>
          <w:r w:rsidR="00681C48" w:rsidRPr="008A0DA8">
            <w:rPr>
              <w:rStyle w:val="Textedelespacerserv"/>
            </w:rPr>
            <w:t>Cliquez ou appuyez ici pour entrer du texte.</w:t>
          </w:r>
        </w:sdtContent>
      </w:sdt>
    </w:p>
    <w:p w14:paraId="1DC4C19E" w14:textId="2BB342A0" w:rsidR="00264EEC" w:rsidRDefault="00264EEC" w:rsidP="000D2B05">
      <w:pPr>
        <w:spacing w:line="240" w:lineRule="auto"/>
        <w:ind w:left="-709"/>
      </w:pPr>
    </w:p>
    <w:p w14:paraId="5AB2F878" w14:textId="0243E83F" w:rsidR="00681C48" w:rsidRDefault="00656554" w:rsidP="000D2B05">
      <w:pPr>
        <w:spacing w:line="240" w:lineRule="auto"/>
        <w:ind w:left="-709"/>
      </w:pPr>
      <w:r>
        <w:t xml:space="preserve">Date : </w:t>
      </w:r>
      <w:sdt>
        <w:sdtPr>
          <w:rPr>
            <w:rStyle w:val="Style2"/>
          </w:rPr>
          <w:id w:val="2101596180"/>
          <w:placeholder>
            <w:docPart w:val="DefaultPlaceholder_-1854013438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>
          <w:rPr>
            <w:rStyle w:val="Policepardfaut"/>
            <w:b w:val="0"/>
            <w:color w:val="auto"/>
          </w:rPr>
        </w:sdtEndPr>
        <w:sdtContent>
          <w:r w:rsidR="00681C48" w:rsidRPr="008A0DA8">
            <w:rPr>
              <w:rStyle w:val="Textedelespacerserv"/>
            </w:rPr>
            <w:t>Cliquez ou appuyez ici pour entrer une date.</w:t>
          </w:r>
        </w:sdtContent>
      </w:sdt>
    </w:p>
    <w:p w14:paraId="204480F3" w14:textId="5E64C3A8" w:rsidR="00264EEC" w:rsidRDefault="00656554" w:rsidP="000D2B05">
      <w:pPr>
        <w:spacing w:line="240" w:lineRule="auto"/>
        <w:ind w:left="-709"/>
      </w:pPr>
      <w:r>
        <w:t>Signature :</w:t>
      </w:r>
    </w:p>
    <w:sectPr w:rsidR="00264EEC" w:rsidSect="00EA010C">
      <w:footerReference w:type="default" r:id="rId8"/>
      <w:headerReference w:type="first" r:id="rId9"/>
      <w:footerReference w:type="first" r:id="rId10"/>
      <w:pgSz w:w="12240" w:h="15840"/>
      <w:pgMar w:top="1417" w:right="758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FA533" w14:textId="77777777" w:rsidR="00915530" w:rsidRDefault="00915530" w:rsidP="005D2F9A">
      <w:pPr>
        <w:spacing w:after="0" w:line="240" w:lineRule="auto"/>
      </w:pPr>
      <w:r>
        <w:separator/>
      </w:r>
    </w:p>
  </w:endnote>
  <w:endnote w:type="continuationSeparator" w:id="0">
    <w:p w14:paraId="775EB8E5" w14:textId="77777777" w:rsidR="00915530" w:rsidRDefault="00915530" w:rsidP="005D2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4274152"/>
      <w:docPartObj>
        <w:docPartGallery w:val="Page Numbers (Bottom of Page)"/>
        <w:docPartUnique/>
      </w:docPartObj>
    </w:sdtPr>
    <w:sdtContent>
      <w:sdt>
        <w:sdtPr>
          <w:id w:val="-266157267"/>
          <w:docPartObj>
            <w:docPartGallery w:val="Page Numbers (Top of Page)"/>
            <w:docPartUnique/>
          </w:docPartObj>
        </w:sdtPr>
        <w:sdtContent>
          <w:p w14:paraId="0468A3E5" w14:textId="16592956" w:rsidR="00915530" w:rsidRDefault="00915530">
            <w:pPr>
              <w:pStyle w:val="Pieddepage"/>
              <w:jc w:val="right"/>
            </w:pPr>
            <w:r>
              <w:rPr>
                <w:lang w:val="fr-FR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4EE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fr-FR"/>
              </w:rP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4EE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F305A2" w14:textId="77777777" w:rsidR="00915530" w:rsidRDefault="0091553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437842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82A58EC" w14:textId="4F9522EE" w:rsidR="00915530" w:rsidRDefault="00915530">
            <w:pPr>
              <w:pStyle w:val="Pieddepage"/>
              <w:jc w:val="right"/>
            </w:pPr>
            <w:r>
              <w:rPr>
                <w:lang w:val="fr-FR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4EE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fr-FR"/>
              </w:rP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4EE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EC8495" w14:textId="77777777" w:rsidR="00915530" w:rsidRDefault="0091553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36837" w14:textId="77777777" w:rsidR="00915530" w:rsidRDefault="00915530" w:rsidP="005D2F9A">
      <w:pPr>
        <w:spacing w:after="0" w:line="240" w:lineRule="auto"/>
      </w:pPr>
      <w:r>
        <w:separator/>
      </w:r>
    </w:p>
  </w:footnote>
  <w:footnote w:type="continuationSeparator" w:id="0">
    <w:p w14:paraId="6B96DCCD" w14:textId="77777777" w:rsidR="00915530" w:rsidRDefault="00915530" w:rsidP="005D2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4" w:type="dxa"/>
      <w:tblInd w:w="-663" w:type="dxa"/>
      <w:tblBorders>
        <w:top w:val="single" w:sz="4" w:space="0" w:color="A59891"/>
        <w:left w:val="single" w:sz="4" w:space="0" w:color="A59891"/>
        <w:bottom w:val="single" w:sz="4" w:space="0" w:color="A59891"/>
        <w:right w:val="single" w:sz="4" w:space="0" w:color="A59891"/>
        <w:insideH w:val="single" w:sz="4" w:space="0" w:color="A59891"/>
        <w:insideV w:val="single" w:sz="4" w:space="0" w:color="A59891"/>
      </w:tblBorders>
      <w:tblLook w:val="04A0" w:firstRow="1" w:lastRow="0" w:firstColumn="1" w:lastColumn="0" w:noHBand="0" w:noVBand="1"/>
    </w:tblPr>
    <w:tblGrid>
      <w:gridCol w:w="2226"/>
      <w:gridCol w:w="8053"/>
      <w:gridCol w:w="495"/>
    </w:tblGrid>
    <w:tr w:rsidR="00915530" w:rsidRPr="00CE6D1C" w14:paraId="30A52614" w14:textId="77777777" w:rsidTr="000D2B05">
      <w:trPr>
        <w:trHeight w:hRule="exact" w:val="722"/>
      </w:trPr>
      <w:tc>
        <w:tcPr>
          <w:tcW w:w="2226" w:type="dxa"/>
          <w:vMerge w:val="restart"/>
          <w:tcMar>
            <w:left w:w="0" w:type="dxa"/>
            <w:right w:w="0" w:type="dxa"/>
          </w:tcMar>
          <w:vAlign w:val="center"/>
        </w:tcPr>
        <w:p w14:paraId="33B5E9AD" w14:textId="301C40DB" w:rsidR="00915530" w:rsidRDefault="00915530" w:rsidP="005D2F9A">
          <w:pPr>
            <w:pStyle w:val="En-tte"/>
            <w:jc w:val="center"/>
          </w:pPr>
          <w:r>
            <w:rPr>
              <w:noProof/>
              <w:lang w:val="fr-FR" w:eastAsia="fr-FR"/>
            </w:rPr>
            <w:drawing>
              <wp:anchor distT="0" distB="0" distL="114300" distR="114300" simplePos="0" relativeHeight="251658240" behindDoc="1" locked="0" layoutInCell="1" allowOverlap="1" wp14:anchorId="60D398A9" wp14:editId="070FC667">
                <wp:simplePos x="0" y="0"/>
                <wp:positionH relativeFrom="column">
                  <wp:posOffset>15192</wp:posOffset>
                </wp:positionH>
                <wp:positionV relativeFrom="paragraph">
                  <wp:posOffset>2276</wp:posOffset>
                </wp:positionV>
                <wp:extent cx="1371600" cy="729887"/>
                <wp:effectExtent l="0" t="0" r="0" b="0"/>
                <wp:wrapNone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CRT VD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7298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548" w:type="dxa"/>
          <w:gridSpan w:val="2"/>
        </w:tcPr>
        <w:p w14:paraId="0DB155DB" w14:textId="77777777" w:rsidR="00915530" w:rsidRPr="005D2F9A" w:rsidRDefault="00915530" w:rsidP="005D2F9A">
          <w:pPr>
            <w:pStyle w:val="En-tte"/>
            <w:contextualSpacing/>
            <w:jc w:val="center"/>
            <w:rPr>
              <w:b/>
              <w:caps/>
              <w:color w:val="548DD4" w:themeColor="text2" w:themeTint="99"/>
              <w:sz w:val="28"/>
              <w:szCs w:val="28"/>
            </w:rPr>
          </w:pPr>
          <w:r w:rsidRPr="005D2F9A">
            <w:rPr>
              <w:b/>
              <w:caps/>
              <w:color w:val="548DD4" w:themeColor="text2" w:themeTint="99"/>
              <w:sz w:val="28"/>
              <w:szCs w:val="28"/>
            </w:rPr>
            <w:t>CENTRES DE RESSOURCES TERRITORIAUX</w:t>
          </w:r>
        </w:p>
        <w:p w14:paraId="639A4710" w14:textId="176B6293" w:rsidR="00915530" w:rsidRPr="005D2F9A" w:rsidRDefault="00915530" w:rsidP="005D2F9A">
          <w:pPr>
            <w:pStyle w:val="En-tte"/>
            <w:contextualSpacing/>
            <w:jc w:val="center"/>
            <w:rPr>
              <w:b/>
              <w:i/>
              <w:caps/>
              <w:color w:val="CC0066"/>
              <w:sz w:val="28"/>
              <w:szCs w:val="28"/>
            </w:rPr>
          </w:pPr>
          <w:r w:rsidRPr="005D2F9A">
            <w:rPr>
              <w:b/>
              <w:caps/>
              <w:color w:val="548DD4" w:themeColor="text2" w:themeTint="99"/>
              <w:sz w:val="28"/>
              <w:szCs w:val="28"/>
            </w:rPr>
            <w:t>SEINE ET MARNE</w:t>
          </w:r>
          <w:r w:rsidRPr="005D2F9A">
            <w:rPr>
              <w:color w:val="548DD4" w:themeColor="text2" w:themeTint="99"/>
            </w:rPr>
            <w:t xml:space="preserve"> </w:t>
          </w:r>
        </w:p>
      </w:tc>
    </w:tr>
    <w:tr w:rsidR="00915530" w:rsidRPr="008B6A0B" w14:paraId="08AF1B18" w14:textId="77777777" w:rsidTr="000D2B05">
      <w:trPr>
        <w:trHeight w:hRule="exact" w:val="421"/>
      </w:trPr>
      <w:tc>
        <w:tcPr>
          <w:tcW w:w="2226" w:type="dxa"/>
          <w:vMerge/>
        </w:tcPr>
        <w:p w14:paraId="4AB28B02" w14:textId="77777777" w:rsidR="00915530" w:rsidRDefault="00915530" w:rsidP="005D2F9A">
          <w:pPr>
            <w:pStyle w:val="En-tte"/>
          </w:pPr>
        </w:p>
      </w:tc>
      <w:tc>
        <w:tcPr>
          <w:tcW w:w="8053" w:type="dxa"/>
          <w:vAlign w:val="center"/>
        </w:tcPr>
        <w:p w14:paraId="78EAB5B8" w14:textId="77777777" w:rsidR="00915530" w:rsidRPr="000D2B05" w:rsidRDefault="00915530" w:rsidP="000D2B05">
          <w:pPr>
            <w:pStyle w:val="En-tte"/>
            <w:contextualSpacing/>
            <w:jc w:val="center"/>
            <w:rPr>
              <w:b/>
              <w:caps/>
              <w:color w:val="000000" w:themeColor="text1"/>
              <w:sz w:val="28"/>
              <w:szCs w:val="28"/>
            </w:rPr>
          </w:pPr>
          <w:r w:rsidRPr="000D2B05">
            <w:rPr>
              <w:b/>
              <w:caps/>
              <w:color w:val="000000" w:themeColor="text1"/>
              <w:sz w:val="20"/>
              <w:szCs w:val="28"/>
            </w:rPr>
            <w:t>Fiche unique de premier contact – adressage - orientation</w:t>
          </w:r>
        </w:p>
      </w:tc>
      <w:tc>
        <w:tcPr>
          <w:tcW w:w="495" w:type="dxa"/>
          <w:vAlign w:val="center"/>
        </w:tcPr>
        <w:p w14:paraId="0C789314" w14:textId="35E92963" w:rsidR="00915530" w:rsidRPr="000D2B05" w:rsidRDefault="00915530" w:rsidP="000D2B05">
          <w:pPr>
            <w:pStyle w:val="En-tte"/>
            <w:contextualSpacing/>
            <w:jc w:val="center"/>
            <w:rPr>
              <w:caps/>
              <w:color w:val="000000" w:themeColor="text1"/>
              <w:sz w:val="20"/>
              <w:szCs w:val="20"/>
            </w:rPr>
          </w:pPr>
          <w:r w:rsidRPr="000D2B05">
            <w:rPr>
              <w:caps/>
              <w:color w:val="000000" w:themeColor="text1"/>
              <w:sz w:val="20"/>
              <w:szCs w:val="20"/>
            </w:rPr>
            <w:t>v1</w:t>
          </w:r>
        </w:p>
      </w:tc>
    </w:tr>
  </w:tbl>
  <w:p w14:paraId="5C3C6868" w14:textId="77777777" w:rsidR="00915530" w:rsidRDefault="0091553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69871BD"/>
    <w:multiLevelType w:val="hybridMultilevel"/>
    <w:tmpl w:val="706A25EC"/>
    <w:lvl w:ilvl="0" w:tplc="3836FF66">
      <w:start w:val="1"/>
      <w:numFmt w:val="decimal"/>
      <w:lvlText w:val="%1."/>
      <w:lvlJc w:val="left"/>
      <w:pPr>
        <w:ind w:left="11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731" w:hanging="360"/>
      </w:pPr>
    </w:lvl>
    <w:lvl w:ilvl="2" w:tplc="040C001B" w:tentative="1">
      <w:start w:val="1"/>
      <w:numFmt w:val="lowerRoman"/>
      <w:lvlText w:val="%3."/>
      <w:lvlJc w:val="right"/>
      <w:pPr>
        <w:ind w:left="1451" w:hanging="180"/>
      </w:pPr>
    </w:lvl>
    <w:lvl w:ilvl="3" w:tplc="040C000F" w:tentative="1">
      <w:start w:val="1"/>
      <w:numFmt w:val="decimal"/>
      <w:lvlText w:val="%4."/>
      <w:lvlJc w:val="left"/>
      <w:pPr>
        <w:ind w:left="2171" w:hanging="360"/>
      </w:pPr>
    </w:lvl>
    <w:lvl w:ilvl="4" w:tplc="040C0019" w:tentative="1">
      <w:start w:val="1"/>
      <w:numFmt w:val="lowerLetter"/>
      <w:lvlText w:val="%5."/>
      <w:lvlJc w:val="left"/>
      <w:pPr>
        <w:ind w:left="2891" w:hanging="360"/>
      </w:pPr>
    </w:lvl>
    <w:lvl w:ilvl="5" w:tplc="040C001B" w:tentative="1">
      <w:start w:val="1"/>
      <w:numFmt w:val="lowerRoman"/>
      <w:lvlText w:val="%6."/>
      <w:lvlJc w:val="right"/>
      <w:pPr>
        <w:ind w:left="3611" w:hanging="180"/>
      </w:pPr>
    </w:lvl>
    <w:lvl w:ilvl="6" w:tplc="040C000F" w:tentative="1">
      <w:start w:val="1"/>
      <w:numFmt w:val="decimal"/>
      <w:lvlText w:val="%7."/>
      <w:lvlJc w:val="left"/>
      <w:pPr>
        <w:ind w:left="4331" w:hanging="360"/>
      </w:pPr>
    </w:lvl>
    <w:lvl w:ilvl="7" w:tplc="040C0019" w:tentative="1">
      <w:start w:val="1"/>
      <w:numFmt w:val="lowerLetter"/>
      <w:lvlText w:val="%8."/>
      <w:lvlJc w:val="left"/>
      <w:pPr>
        <w:ind w:left="5051" w:hanging="360"/>
      </w:pPr>
    </w:lvl>
    <w:lvl w:ilvl="8" w:tplc="040C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0" w15:restartNumberingAfterBreak="0">
    <w:nsid w:val="3E7723B4"/>
    <w:multiLevelType w:val="hybridMultilevel"/>
    <w:tmpl w:val="75F23110"/>
    <w:lvl w:ilvl="0" w:tplc="8DEE4536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371" w:hanging="360"/>
      </w:pPr>
    </w:lvl>
    <w:lvl w:ilvl="2" w:tplc="040C001B" w:tentative="1">
      <w:start w:val="1"/>
      <w:numFmt w:val="lowerRoman"/>
      <w:lvlText w:val="%3."/>
      <w:lvlJc w:val="right"/>
      <w:pPr>
        <w:ind w:left="1091" w:hanging="180"/>
      </w:pPr>
    </w:lvl>
    <w:lvl w:ilvl="3" w:tplc="040C000F" w:tentative="1">
      <w:start w:val="1"/>
      <w:numFmt w:val="decimal"/>
      <w:lvlText w:val="%4."/>
      <w:lvlJc w:val="left"/>
      <w:pPr>
        <w:ind w:left="1811" w:hanging="360"/>
      </w:pPr>
    </w:lvl>
    <w:lvl w:ilvl="4" w:tplc="040C0019" w:tentative="1">
      <w:start w:val="1"/>
      <w:numFmt w:val="lowerLetter"/>
      <w:lvlText w:val="%5."/>
      <w:lvlJc w:val="left"/>
      <w:pPr>
        <w:ind w:left="2531" w:hanging="360"/>
      </w:pPr>
    </w:lvl>
    <w:lvl w:ilvl="5" w:tplc="040C001B" w:tentative="1">
      <w:start w:val="1"/>
      <w:numFmt w:val="lowerRoman"/>
      <w:lvlText w:val="%6."/>
      <w:lvlJc w:val="right"/>
      <w:pPr>
        <w:ind w:left="3251" w:hanging="180"/>
      </w:pPr>
    </w:lvl>
    <w:lvl w:ilvl="6" w:tplc="040C000F" w:tentative="1">
      <w:start w:val="1"/>
      <w:numFmt w:val="decimal"/>
      <w:lvlText w:val="%7."/>
      <w:lvlJc w:val="left"/>
      <w:pPr>
        <w:ind w:left="3971" w:hanging="360"/>
      </w:pPr>
    </w:lvl>
    <w:lvl w:ilvl="7" w:tplc="040C0019" w:tentative="1">
      <w:start w:val="1"/>
      <w:numFmt w:val="lowerLetter"/>
      <w:lvlText w:val="%8."/>
      <w:lvlJc w:val="left"/>
      <w:pPr>
        <w:ind w:left="4691" w:hanging="360"/>
      </w:pPr>
    </w:lvl>
    <w:lvl w:ilvl="8" w:tplc="040C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ocumentProtection w:edit="forms" w:enforcement="1" w:cryptProviderType="rsaAES" w:cryptAlgorithmClass="hash" w:cryptAlgorithmType="typeAny" w:cryptAlgorithmSid="14" w:cryptSpinCount="100000" w:hash="njGV4ums0VENXOE5/Q+PH72EXB7ZsU1WnaQnGgeWrb9ch8KSkjq59ToxO8PPbc9mIlPu1LgC1Tnn+FKP+jx7/Q==" w:salt="yg5BOBmvugIziCZq1HRM9w==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D2B05"/>
    <w:rsid w:val="0015074B"/>
    <w:rsid w:val="00264EEC"/>
    <w:rsid w:val="0029639D"/>
    <w:rsid w:val="002F45E5"/>
    <w:rsid w:val="00326F90"/>
    <w:rsid w:val="00386B9A"/>
    <w:rsid w:val="00485F9C"/>
    <w:rsid w:val="004D1940"/>
    <w:rsid w:val="004E7B6F"/>
    <w:rsid w:val="005570BA"/>
    <w:rsid w:val="00584276"/>
    <w:rsid w:val="005C3A13"/>
    <w:rsid w:val="005D2F9A"/>
    <w:rsid w:val="005F7307"/>
    <w:rsid w:val="00647CFC"/>
    <w:rsid w:val="00656554"/>
    <w:rsid w:val="00681C48"/>
    <w:rsid w:val="00681E38"/>
    <w:rsid w:val="006E74AC"/>
    <w:rsid w:val="007237E6"/>
    <w:rsid w:val="007E2980"/>
    <w:rsid w:val="00807F02"/>
    <w:rsid w:val="00814D9D"/>
    <w:rsid w:val="00825378"/>
    <w:rsid w:val="0083398D"/>
    <w:rsid w:val="008878A6"/>
    <w:rsid w:val="00915530"/>
    <w:rsid w:val="00923842"/>
    <w:rsid w:val="00A62FF2"/>
    <w:rsid w:val="00AA1D8D"/>
    <w:rsid w:val="00B47730"/>
    <w:rsid w:val="00B97F63"/>
    <w:rsid w:val="00BB6A23"/>
    <w:rsid w:val="00C74EE7"/>
    <w:rsid w:val="00CB0664"/>
    <w:rsid w:val="00CE2799"/>
    <w:rsid w:val="00D26527"/>
    <w:rsid w:val="00E35795"/>
    <w:rsid w:val="00EA010C"/>
    <w:rsid w:val="00F0013E"/>
    <w:rsid w:val="00F81B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2AC7071"/>
  <w14:defaultImageDpi w14:val="330"/>
  <w15:docId w15:val="{48E02FA2-B2BF-47C0-8EA6-31CD459B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814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4D9D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0D2B05"/>
    <w:rPr>
      <w:color w:val="808080"/>
    </w:rPr>
  </w:style>
  <w:style w:type="character" w:customStyle="1" w:styleId="Rponses">
    <w:name w:val="Réponses"/>
    <w:basedOn w:val="Policepardfaut"/>
    <w:uiPriority w:val="1"/>
    <w:rsid w:val="007237E6"/>
    <w:rPr>
      <w:rFonts w:asciiTheme="minorHAnsi" w:hAnsiTheme="minorHAnsi"/>
      <w:b/>
      <w:color w:val="548DD4" w:themeColor="text2" w:themeTint="99"/>
      <w:sz w:val="22"/>
    </w:rPr>
  </w:style>
  <w:style w:type="character" w:customStyle="1" w:styleId="Style1">
    <w:name w:val="Style1"/>
    <w:basedOn w:val="Policepardfaut"/>
    <w:uiPriority w:val="1"/>
    <w:rsid w:val="00CE2799"/>
    <w:rPr>
      <w:b/>
      <w:color w:val="548DD4" w:themeColor="text2" w:themeTint="99"/>
    </w:rPr>
  </w:style>
  <w:style w:type="character" w:customStyle="1" w:styleId="Style2">
    <w:name w:val="Style2"/>
    <w:basedOn w:val="Policepardfaut"/>
    <w:uiPriority w:val="1"/>
    <w:rsid w:val="00CE2799"/>
    <w:rPr>
      <w:b/>
      <w:color w:val="548DD4" w:themeColor="text2" w:themeTint="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7A66DC-2167-48C3-B525-DA518D723570}"/>
      </w:docPartPr>
      <w:docPartBody>
        <w:p w:rsidR="001B4DEE" w:rsidRDefault="001B4DEE">
          <w:r w:rsidRPr="008A0DA8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099A3BC15C54F84ACEAD2060ACEFD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957E5-D768-4E07-917C-13D5D2493809}"/>
      </w:docPartPr>
      <w:docPartBody>
        <w:p w:rsidR="001B4DEE" w:rsidRDefault="00A91894" w:rsidP="00A91894">
          <w:pPr>
            <w:pStyle w:val="7099A3BC15C54F84ACEAD2060ACEFDC78"/>
          </w:pPr>
          <w:r w:rsidRPr="008A0DA8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52A115-041A-47D8-9A6E-2BD5B684FD9C}"/>
      </w:docPartPr>
      <w:docPartBody>
        <w:p w:rsidR="001B4DEE" w:rsidRDefault="001B4DEE">
          <w:r w:rsidRPr="008A0DA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14478DC96A5439590F907C4179981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D350E6-4480-4692-8718-C307F7DB3B3D}"/>
      </w:docPartPr>
      <w:docPartBody>
        <w:p w:rsidR="001B4DEE" w:rsidRDefault="00A91894" w:rsidP="00A91894">
          <w:pPr>
            <w:pStyle w:val="A14478DC96A5439590F907C4179981BE7"/>
          </w:pPr>
          <w:r w:rsidRPr="008A0DA8">
            <w:rPr>
              <w:rStyle w:val="Textedelespacerserv"/>
            </w:rPr>
            <w:t>Choisissez un élément.</w:t>
          </w:r>
        </w:p>
      </w:docPartBody>
    </w:docPart>
    <w:docPart>
      <w:docPartPr>
        <w:name w:val="BD00682E778549D896F3C74078F748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571F67-FDAE-410A-B2B6-51C7749D9DC4}"/>
      </w:docPartPr>
      <w:docPartBody>
        <w:p w:rsidR="00A91894" w:rsidRDefault="00A91894" w:rsidP="00A91894">
          <w:pPr>
            <w:pStyle w:val="BD00682E778549D896F3C74078F748CB3"/>
          </w:pPr>
          <w:r w:rsidRPr="008A0DA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D9D26288544DE6A41765C4301C03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4C8346-EDA2-42B4-8804-6DFF840EB547}"/>
      </w:docPartPr>
      <w:docPartBody>
        <w:p w:rsidR="00B82215" w:rsidRDefault="00A91894" w:rsidP="00A91894">
          <w:pPr>
            <w:pStyle w:val="B1D9D26288544DE6A41765C4301C034E2"/>
          </w:pPr>
          <w:r w:rsidRPr="008A0DA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D1553D4EFA4C7C93EAB86E3216BD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E41AF0-7725-4FC2-B0FD-7AF8A381AE81}"/>
      </w:docPartPr>
      <w:docPartBody>
        <w:p w:rsidR="00B82215" w:rsidRDefault="00A91894" w:rsidP="00A91894">
          <w:pPr>
            <w:pStyle w:val="ABD1553D4EFA4C7C93EAB86E3216BD6E2"/>
          </w:pPr>
          <w:r w:rsidRPr="008A0DA8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369654DC33A41C2B4A946957AE7C2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A67A97-BD8B-4FBF-8CBA-999D4ECCD194}"/>
      </w:docPartPr>
      <w:docPartBody>
        <w:p w:rsidR="00B82215" w:rsidRDefault="00A91894" w:rsidP="00A91894">
          <w:pPr>
            <w:pStyle w:val="F369654DC33A41C2B4A946957AE7C2A32"/>
          </w:pPr>
          <w:r w:rsidRPr="008A0DA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480582EC324AFC9CB3F238CD9B67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F5CDCC-05D8-4B43-ADFA-5EB438BE9988}"/>
      </w:docPartPr>
      <w:docPartBody>
        <w:p w:rsidR="00B82215" w:rsidRDefault="00A91894" w:rsidP="00A91894">
          <w:pPr>
            <w:pStyle w:val="DC480582EC324AFC9CB3F238CD9B677F2"/>
          </w:pPr>
          <w:r w:rsidRPr="008A0DA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ED0870AB22A4BE2A86A9B7BD5BC64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AB741D-9E11-4BB7-9D4B-2DB37FA2CEBD}"/>
      </w:docPartPr>
      <w:docPartBody>
        <w:p w:rsidR="00B82215" w:rsidRDefault="00A91894" w:rsidP="00A91894">
          <w:pPr>
            <w:pStyle w:val="7ED0870AB22A4BE2A86A9B7BD5BC641E2"/>
          </w:pPr>
          <w:r w:rsidRPr="008A0DA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05D0938AFAA479C8F0F2EAC2EDE12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B42563-20EF-4526-9147-FCF5E0B520EF}"/>
      </w:docPartPr>
      <w:docPartBody>
        <w:p w:rsidR="00B82215" w:rsidRDefault="00A91894" w:rsidP="00A91894">
          <w:pPr>
            <w:pStyle w:val="905D0938AFAA479C8F0F2EAC2EDE12162"/>
          </w:pPr>
          <w:r w:rsidRPr="008A0DA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5BC71FDF9A4ABF93BB75ED31E9C6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F77020-211A-4D92-B604-D449580D58D2}"/>
      </w:docPartPr>
      <w:docPartBody>
        <w:p w:rsidR="00B82215" w:rsidRDefault="00A91894" w:rsidP="00A91894">
          <w:pPr>
            <w:pStyle w:val="055BC71FDF9A4ABF93BB75ED31E9C6BC2"/>
          </w:pPr>
          <w:r w:rsidRPr="008A0DA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4CD3C6E2039426C86541423CDFB3E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EBF920-7D7B-4D10-B447-04A367EAFEB9}"/>
      </w:docPartPr>
      <w:docPartBody>
        <w:p w:rsidR="00B82215" w:rsidRDefault="00A91894" w:rsidP="00A91894">
          <w:pPr>
            <w:pStyle w:val="94CD3C6E2039426C86541423CDFB3E4C2"/>
          </w:pPr>
          <w:r w:rsidRPr="008A0DA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0D3B4692A6411292FBB8B6B77462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1AE7EC-C550-49C0-B930-1FB9882CC89B}"/>
      </w:docPartPr>
      <w:docPartBody>
        <w:p w:rsidR="00B82215" w:rsidRDefault="00A91894" w:rsidP="00A91894">
          <w:pPr>
            <w:pStyle w:val="1F0D3B4692A6411292FBB8B6B77462851"/>
          </w:pPr>
          <w:r w:rsidRPr="008A0DA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9C62DB5F614464B7B08A9DE37478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E09B6F-6EB5-4DFC-B007-EDF72C79ED4F}"/>
      </w:docPartPr>
      <w:docPartBody>
        <w:p w:rsidR="00B82215" w:rsidRDefault="00A91894" w:rsidP="00A91894">
          <w:pPr>
            <w:pStyle w:val="A09C62DB5F614464B7B08A9DE3747866"/>
          </w:pPr>
          <w:r w:rsidRPr="008A0DA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63FBD85BED34CB2A2591CCEEF3345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983C39-0AFC-4C3B-BAB0-814EF62F517D}"/>
      </w:docPartPr>
      <w:docPartBody>
        <w:p w:rsidR="00B82215" w:rsidRDefault="00A91894" w:rsidP="00A91894">
          <w:pPr>
            <w:pStyle w:val="563FBD85BED34CB2A2591CCEEF33452D"/>
          </w:pPr>
          <w:r w:rsidRPr="008A0DA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4A3681F791420E925B39E2DFBA8A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43F587-646F-4492-BAF1-15B324A8C187}"/>
      </w:docPartPr>
      <w:docPartBody>
        <w:p w:rsidR="00B82215" w:rsidRDefault="00A91894" w:rsidP="00A91894">
          <w:pPr>
            <w:pStyle w:val="9E4A3681F791420E925B39E2DFBA8A9D"/>
          </w:pPr>
          <w:r w:rsidRPr="008A0DA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661922D7B74370A858C8E6C7A229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AFBD96-A936-4301-B92A-8A388030D031}"/>
      </w:docPartPr>
      <w:docPartBody>
        <w:p w:rsidR="00B82215" w:rsidRDefault="00A91894" w:rsidP="00A91894">
          <w:pPr>
            <w:pStyle w:val="1B661922D7B74370A858C8E6C7A229B2"/>
          </w:pPr>
          <w:r w:rsidRPr="008A0DA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AF7FD2F76B4578A532946F698EA6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FA7BB9-D08A-46CA-9105-80306446857D}"/>
      </w:docPartPr>
      <w:docPartBody>
        <w:p w:rsidR="00B82215" w:rsidRDefault="00A91894" w:rsidP="00A91894">
          <w:pPr>
            <w:pStyle w:val="08AF7FD2F76B4578A532946F698EA626"/>
          </w:pPr>
          <w:r w:rsidRPr="008A0DA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76361A-B7AB-4400-BECF-29410A7BCE7A}"/>
      </w:docPartPr>
      <w:docPartBody>
        <w:p w:rsidR="00F15522" w:rsidRDefault="00F15522">
          <w:r w:rsidRPr="009F0EF9">
            <w:rPr>
              <w:rStyle w:val="Textedelespacerserv"/>
            </w:rPr>
            <w:t>Choisissez un élément.</w:t>
          </w:r>
        </w:p>
      </w:docPartBody>
    </w:docPart>
    <w:docPart>
      <w:docPartPr>
        <w:name w:val="6A189028ECDA4763B69A049E94E89E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A99050-1D81-4EF2-9F72-179E5D0761EE}"/>
      </w:docPartPr>
      <w:docPartBody>
        <w:p w:rsidR="00E33328" w:rsidRDefault="00F15522" w:rsidP="00F15522">
          <w:pPr>
            <w:pStyle w:val="6A189028ECDA4763B69A049E94E89E9F"/>
          </w:pPr>
          <w:r w:rsidRPr="008A0DA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0F35D4F48A4E23822E3F6840123F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50422A-5488-4FC0-B094-120D438D890B}"/>
      </w:docPartPr>
      <w:docPartBody>
        <w:p w:rsidR="00E33328" w:rsidRDefault="00E33328" w:rsidP="00E33328">
          <w:pPr>
            <w:pStyle w:val="650F35D4F48A4E23822E3F6840123F52"/>
          </w:pPr>
          <w:r w:rsidRPr="008A0DA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81058DA99541D1A4E9A2BDBD1AC4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DB2729-D53E-4C1F-9E47-ED8159D5EA89}"/>
      </w:docPartPr>
      <w:docPartBody>
        <w:p w:rsidR="00E33328" w:rsidRDefault="00E33328" w:rsidP="00E33328">
          <w:pPr>
            <w:pStyle w:val="5A81058DA99541D1A4E9A2BDBD1AC4C8"/>
          </w:pPr>
          <w:r w:rsidRPr="008A0DA8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EE"/>
    <w:rsid w:val="001B4DEE"/>
    <w:rsid w:val="0096680E"/>
    <w:rsid w:val="00A91894"/>
    <w:rsid w:val="00B82215"/>
    <w:rsid w:val="00E33328"/>
    <w:rsid w:val="00F1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33328"/>
    <w:rPr>
      <w:color w:val="808080"/>
    </w:rPr>
  </w:style>
  <w:style w:type="paragraph" w:customStyle="1" w:styleId="7099A3BC15C54F84ACEAD2060ACEFDC7">
    <w:name w:val="7099A3BC15C54F84ACEAD2060ACEFDC7"/>
    <w:rsid w:val="001B4DEE"/>
    <w:pPr>
      <w:spacing w:after="200" w:line="276" w:lineRule="auto"/>
    </w:pPr>
    <w:rPr>
      <w:lang w:val="en-US" w:eastAsia="en-US"/>
    </w:rPr>
  </w:style>
  <w:style w:type="paragraph" w:customStyle="1" w:styleId="7099A3BC15C54F84ACEAD2060ACEFDC71">
    <w:name w:val="7099A3BC15C54F84ACEAD2060ACEFDC71"/>
    <w:rsid w:val="001B4DEE"/>
    <w:pPr>
      <w:spacing w:after="200" w:line="276" w:lineRule="auto"/>
    </w:pPr>
    <w:rPr>
      <w:lang w:val="en-US" w:eastAsia="en-US"/>
    </w:rPr>
  </w:style>
  <w:style w:type="paragraph" w:customStyle="1" w:styleId="A14478DC96A5439590F907C4179981BE">
    <w:name w:val="A14478DC96A5439590F907C4179981BE"/>
    <w:rsid w:val="001B4DEE"/>
    <w:pPr>
      <w:spacing w:after="200" w:line="276" w:lineRule="auto"/>
    </w:pPr>
    <w:rPr>
      <w:lang w:val="en-US" w:eastAsia="en-US"/>
    </w:rPr>
  </w:style>
  <w:style w:type="paragraph" w:customStyle="1" w:styleId="D2C3030D43CC46E0946A19D0892047A3">
    <w:name w:val="D2C3030D43CC46E0946A19D0892047A3"/>
    <w:rsid w:val="001B4DEE"/>
    <w:pPr>
      <w:spacing w:after="200" w:line="276" w:lineRule="auto"/>
    </w:pPr>
    <w:rPr>
      <w:lang w:val="en-US" w:eastAsia="en-US"/>
    </w:rPr>
  </w:style>
  <w:style w:type="paragraph" w:customStyle="1" w:styleId="9AEEA18BB6BF43FDABB453420147AD6C">
    <w:name w:val="9AEEA18BB6BF43FDABB453420147AD6C"/>
    <w:rsid w:val="001B4DEE"/>
  </w:style>
  <w:style w:type="paragraph" w:customStyle="1" w:styleId="609E636EB1A745A88DA14EB8E8557267">
    <w:name w:val="609E636EB1A745A88DA14EB8E8557267"/>
    <w:rsid w:val="001B4DEE"/>
  </w:style>
  <w:style w:type="paragraph" w:customStyle="1" w:styleId="CDCE9D1418D34BD9A0FDC152EB40024D">
    <w:name w:val="CDCE9D1418D34BD9A0FDC152EB40024D"/>
    <w:rsid w:val="001B4DEE"/>
  </w:style>
  <w:style w:type="paragraph" w:customStyle="1" w:styleId="7099A3BC15C54F84ACEAD2060ACEFDC72">
    <w:name w:val="7099A3BC15C54F84ACEAD2060ACEFDC72"/>
    <w:rsid w:val="001B4DEE"/>
    <w:pPr>
      <w:spacing w:after="200" w:line="276" w:lineRule="auto"/>
    </w:pPr>
    <w:rPr>
      <w:lang w:val="en-US" w:eastAsia="en-US"/>
    </w:rPr>
  </w:style>
  <w:style w:type="paragraph" w:customStyle="1" w:styleId="A14478DC96A5439590F907C4179981BE1">
    <w:name w:val="A14478DC96A5439590F907C4179981BE1"/>
    <w:rsid w:val="001B4DEE"/>
    <w:pPr>
      <w:spacing w:after="200" w:line="276" w:lineRule="auto"/>
    </w:pPr>
    <w:rPr>
      <w:lang w:val="en-US" w:eastAsia="en-US"/>
    </w:rPr>
  </w:style>
  <w:style w:type="paragraph" w:customStyle="1" w:styleId="D2C3030D43CC46E0946A19D0892047A31">
    <w:name w:val="D2C3030D43CC46E0946A19D0892047A31"/>
    <w:rsid w:val="001B4DEE"/>
    <w:pPr>
      <w:spacing w:after="200" w:line="276" w:lineRule="auto"/>
    </w:pPr>
    <w:rPr>
      <w:lang w:val="en-US" w:eastAsia="en-US"/>
    </w:rPr>
  </w:style>
  <w:style w:type="paragraph" w:customStyle="1" w:styleId="9AEEA18BB6BF43FDABB453420147AD6C1">
    <w:name w:val="9AEEA18BB6BF43FDABB453420147AD6C1"/>
    <w:rsid w:val="001B4DEE"/>
    <w:pPr>
      <w:spacing w:after="200" w:line="276" w:lineRule="auto"/>
    </w:pPr>
    <w:rPr>
      <w:lang w:val="en-US" w:eastAsia="en-US"/>
    </w:rPr>
  </w:style>
  <w:style w:type="paragraph" w:customStyle="1" w:styleId="609E636EB1A745A88DA14EB8E85572671">
    <w:name w:val="609E636EB1A745A88DA14EB8E85572671"/>
    <w:rsid w:val="001B4DEE"/>
    <w:pPr>
      <w:spacing w:after="200" w:line="276" w:lineRule="auto"/>
    </w:pPr>
    <w:rPr>
      <w:lang w:val="en-US" w:eastAsia="en-US"/>
    </w:rPr>
  </w:style>
  <w:style w:type="paragraph" w:customStyle="1" w:styleId="CDCE9D1418D34BD9A0FDC152EB40024D1">
    <w:name w:val="CDCE9D1418D34BD9A0FDC152EB40024D1"/>
    <w:rsid w:val="001B4DEE"/>
    <w:pPr>
      <w:spacing w:after="200" w:line="276" w:lineRule="auto"/>
    </w:pPr>
    <w:rPr>
      <w:lang w:val="en-US" w:eastAsia="en-US"/>
    </w:rPr>
  </w:style>
  <w:style w:type="paragraph" w:customStyle="1" w:styleId="7099A3BC15C54F84ACEAD2060ACEFDC73">
    <w:name w:val="7099A3BC15C54F84ACEAD2060ACEFDC73"/>
    <w:rsid w:val="001B4DEE"/>
    <w:pPr>
      <w:spacing w:after="200" w:line="276" w:lineRule="auto"/>
    </w:pPr>
    <w:rPr>
      <w:lang w:val="en-US" w:eastAsia="en-US"/>
    </w:rPr>
  </w:style>
  <w:style w:type="paragraph" w:customStyle="1" w:styleId="A14478DC96A5439590F907C4179981BE2">
    <w:name w:val="A14478DC96A5439590F907C4179981BE2"/>
    <w:rsid w:val="001B4DEE"/>
    <w:pPr>
      <w:spacing w:after="200" w:line="276" w:lineRule="auto"/>
    </w:pPr>
    <w:rPr>
      <w:lang w:val="en-US" w:eastAsia="en-US"/>
    </w:rPr>
  </w:style>
  <w:style w:type="paragraph" w:customStyle="1" w:styleId="D2C3030D43CC46E0946A19D0892047A32">
    <w:name w:val="D2C3030D43CC46E0946A19D0892047A32"/>
    <w:rsid w:val="001B4DEE"/>
    <w:pPr>
      <w:spacing w:after="200" w:line="276" w:lineRule="auto"/>
    </w:pPr>
    <w:rPr>
      <w:lang w:val="en-US" w:eastAsia="en-US"/>
    </w:rPr>
  </w:style>
  <w:style w:type="paragraph" w:customStyle="1" w:styleId="CDCE9D1418D34BD9A0FDC152EB40024D2">
    <w:name w:val="CDCE9D1418D34BD9A0FDC152EB40024D2"/>
    <w:rsid w:val="001B4DEE"/>
    <w:pPr>
      <w:spacing w:after="200" w:line="276" w:lineRule="auto"/>
    </w:pPr>
    <w:rPr>
      <w:lang w:val="en-US" w:eastAsia="en-US"/>
    </w:rPr>
  </w:style>
  <w:style w:type="paragraph" w:customStyle="1" w:styleId="7099A3BC15C54F84ACEAD2060ACEFDC74">
    <w:name w:val="7099A3BC15C54F84ACEAD2060ACEFDC74"/>
    <w:rsid w:val="001B4DEE"/>
    <w:pPr>
      <w:spacing w:after="200" w:line="276" w:lineRule="auto"/>
    </w:pPr>
    <w:rPr>
      <w:lang w:val="en-US" w:eastAsia="en-US"/>
    </w:rPr>
  </w:style>
  <w:style w:type="paragraph" w:customStyle="1" w:styleId="A14478DC96A5439590F907C4179981BE3">
    <w:name w:val="A14478DC96A5439590F907C4179981BE3"/>
    <w:rsid w:val="001B4DEE"/>
    <w:pPr>
      <w:spacing w:after="200" w:line="276" w:lineRule="auto"/>
    </w:pPr>
    <w:rPr>
      <w:lang w:val="en-US" w:eastAsia="en-US"/>
    </w:rPr>
  </w:style>
  <w:style w:type="paragraph" w:customStyle="1" w:styleId="609E636EB1A745A88DA14EB8E85572672">
    <w:name w:val="609E636EB1A745A88DA14EB8E85572672"/>
    <w:rsid w:val="001B4DEE"/>
    <w:pPr>
      <w:spacing w:after="200" w:line="276" w:lineRule="auto"/>
    </w:pPr>
    <w:rPr>
      <w:lang w:val="en-US" w:eastAsia="en-US"/>
    </w:rPr>
  </w:style>
  <w:style w:type="paragraph" w:customStyle="1" w:styleId="7099A3BC15C54F84ACEAD2060ACEFDC75">
    <w:name w:val="7099A3BC15C54F84ACEAD2060ACEFDC75"/>
    <w:rsid w:val="001B4DEE"/>
    <w:pPr>
      <w:spacing w:after="200" w:line="276" w:lineRule="auto"/>
    </w:pPr>
    <w:rPr>
      <w:lang w:val="en-US" w:eastAsia="en-US"/>
    </w:rPr>
  </w:style>
  <w:style w:type="paragraph" w:customStyle="1" w:styleId="A14478DC96A5439590F907C4179981BE4">
    <w:name w:val="A14478DC96A5439590F907C4179981BE4"/>
    <w:rsid w:val="001B4DEE"/>
    <w:pPr>
      <w:spacing w:after="200" w:line="276" w:lineRule="auto"/>
    </w:pPr>
    <w:rPr>
      <w:lang w:val="en-US" w:eastAsia="en-US"/>
    </w:rPr>
  </w:style>
  <w:style w:type="paragraph" w:customStyle="1" w:styleId="347605D5F3C443048FE4DE026A3CB3CB">
    <w:name w:val="347605D5F3C443048FE4DE026A3CB3CB"/>
    <w:rsid w:val="001B4DEE"/>
    <w:pPr>
      <w:spacing w:after="200" w:line="276" w:lineRule="auto"/>
    </w:pPr>
    <w:rPr>
      <w:lang w:val="en-US" w:eastAsia="en-US"/>
    </w:rPr>
  </w:style>
  <w:style w:type="paragraph" w:customStyle="1" w:styleId="38A2E44E27934A6C98E34D8969C33164">
    <w:name w:val="38A2E44E27934A6C98E34D8969C33164"/>
    <w:rsid w:val="001B4DEE"/>
    <w:pPr>
      <w:spacing w:after="200" w:line="276" w:lineRule="auto"/>
    </w:pPr>
    <w:rPr>
      <w:lang w:val="en-US" w:eastAsia="en-US"/>
    </w:rPr>
  </w:style>
  <w:style w:type="paragraph" w:customStyle="1" w:styleId="BD00682E778549D896F3C74078F748CB">
    <w:name w:val="BD00682E778549D896F3C74078F748CB"/>
    <w:rsid w:val="001B4DEE"/>
  </w:style>
  <w:style w:type="paragraph" w:customStyle="1" w:styleId="7099A3BC15C54F84ACEAD2060ACEFDC76">
    <w:name w:val="7099A3BC15C54F84ACEAD2060ACEFDC76"/>
    <w:rsid w:val="00A91894"/>
    <w:pPr>
      <w:spacing w:after="200" w:line="276" w:lineRule="auto"/>
    </w:pPr>
    <w:rPr>
      <w:lang w:val="en-US" w:eastAsia="en-US"/>
    </w:rPr>
  </w:style>
  <w:style w:type="paragraph" w:customStyle="1" w:styleId="A14478DC96A5439590F907C4179981BE5">
    <w:name w:val="A14478DC96A5439590F907C4179981BE5"/>
    <w:rsid w:val="00A91894"/>
    <w:pPr>
      <w:spacing w:after="200" w:line="276" w:lineRule="auto"/>
    </w:pPr>
    <w:rPr>
      <w:lang w:val="en-US" w:eastAsia="en-US"/>
    </w:rPr>
  </w:style>
  <w:style w:type="paragraph" w:customStyle="1" w:styleId="B1D9D26288544DE6A41765C4301C034E">
    <w:name w:val="B1D9D26288544DE6A41765C4301C034E"/>
    <w:rsid w:val="00A91894"/>
    <w:pPr>
      <w:spacing w:after="200" w:line="276" w:lineRule="auto"/>
    </w:pPr>
    <w:rPr>
      <w:lang w:val="en-US" w:eastAsia="en-US"/>
    </w:rPr>
  </w:style>
  <w:style w:type="paragraph" w:customStyle="1" w:styleId="BD00682E778549D896F3C74078F748CB1">
    <w:name w:val="BD00682E778549D896F3C74078F748CB1"/>
    <w:rsid w:val="00A91894"/>
    <w:pPr>
      <w:spacing w:after="200" w:line="276" w:lineRule="auto"/>
    </w:pPr>
    <w:rPr>
      <w:lang w:val="en-US" w:eastAsia="en-US"/>
    </w:rPr>
  </w:style>
  <w:style w:type="paragraph" w:customStyle="1" w:styleId="ABD1553D4EFA4C7C93EAB86E3216BD6E">
    <w:name w:val="ABD1553D4EFA4C7C93EAB86E3216BD6E"/>
    <w:rsid w:val="00A91894"/>
    <w:pPr>
      <w:spacing w:after="200" w:line="276" w:lineRule="auto"/>
    </w:pPr>
    <w:rPr>
      <w:lang w:val="en-US" w:eastAsia="en-US"/>
    </w:rPr>
  </w:style>
  <w:style w:type="paragraph" w:customStyle="1" w:styleId="5E3D3E78CBE547A695489DCE878D7023">
    <w:name w:val="5E3D3E78CBE547A695489DCE878D7023"/>
    <w:rsid w:val="00A91894"/>
  </w:style>
  <w:style w:type="paragraph" w:customStyle="1" w:styleId="BFF0294B778A4642A558AE05B0060FF0">
    <w:name w:val="BFF0294B778A4642A558AE05B0060FF0"/>
    <w:rsid w:val="00A91894"/>
  </w:style>
  <w:style w:type="paragraph" w:customStyle="1" w:styleId="F369654DC33A41C2B4A946957AE7C2A3">
    <w:name w:val="F369654DC33A41C2B4A946957AE7C2A3"/>
    <w:rsid w:val="00A91894"/>
  </w:style>
  <w:style w:type="paragraph" w:customStyle="1" w:styleId="DC480582EC324AFC9CB3F238CD9B677F">
    <w:name w:val="DC480582EC324AFC9CB3F238CD9B677F"/>
    <w:rsid w:val="00A91894"/>
  </w:style>
  <w:style w:type="paragraph" w:customStyle="1" w:styleId="04891A34245345E6A06B35B08F40DE49">
    <w:name w:val="04891A34245345E6A06B35B08F40DE49"/>
    <w:rsid w:val="00A91894"/>
  </w:style>
  <w:style w:type="paragraph" w:customStyle="1" w:styleId="3C613987891341FEA62B76317D91576A">
    <w:name w:val="3C613987891341FEA62B76317D91576A"/>
    <w:rsid w:val="00A91894"/>
  </w:style>
  <w:style w:type="paragraph" w:customStyle="1" w:styleId="7ED0870AB22A4BE2A86A9B7BD5BC641E">
    <w:name w:val="7ED0870AB22A4BE2A86A9B7BD5BC641E"/>
    <w:rsid w:val="00A91894"/>
  </w:style>
  <w:style w:type="paragraph" w:customStyle="1" w:styleId="905D0938AFAA479C8F0F2EAC2EDE1216">
    <w:name w:val="905D0938AFAA479C8F0F2EAC2EDE1216"/>
    <w:rsid w:val="00A91894"/>
  </w:style>
  <w:style w:type="paragraph" w:customStyle="1" w:styleId="055BC71FDF9A4ABF93BB75ED31E9C6BC">
    <w:name w:val="055BC71FDF9A4ABF93BB75ED31E9C6BC"/>
    <w:rsid w:val="00A91894"/>
  </w:style>
  <w:style w:type="paragraph" w:customStyle="1" w:styleId="94CD3C6E2039426C86541423CDFB3E4C">
    <w:name w:val="94CD3C6E2039426C86541423CDFB3E4C"/>
    <w:rsid w:val="00A91894"/>
  </w:style>
  <w:style w:type="paragraph" w:customStyle="1" w:styleId="7099A3BC15C54F84ACEAD2060ACEFDC77">
    <w:name w:val="7099A3BC15C54F84ACEAD2060ACEFDC77"/>
    <w:rsid w:val="00A91894"/>
    <w:pPr>
      <w:spacing w:after="200" w:line="276" w:lineRule="auto"/>
    </w:pPr>
    <w:rPr>
      <w:lang w:val="en-US" w:eastAsia="en-US"/>
    </w:rPr>
  </w:style>
  <w:style w:type="paragraph" w:customStyle="1" w:styleId="A14478DC96A5439590F907C4179981BE6">
    <w:name w:val="A14478DC96A5439590F907C4179981BE6"/>
    <w:rsid w:val="00A91894"/>
    <w:pPr>
      <w:spacing w:after="200" w:line="276" w:lineRule="auto"/>
    </w:pPr>
    <w:rPr>
      <w:lang w:val="en-US" w:eastAsia="en-US"/>
    </w:rPr>
  </w:style>
  <w:style w:type="paragraph" w:customStyle="1" w:styleId="1F0D3B4692A6411292FBB8B6B7746285">
    <w:name w:val="1F0D3B4692A6411292FBB8B6B7746285"/>
    <w:rsid w:val="00A91894"/>
    <w:pPr>
      <w:spacing w:after="200" w:line="276" w:lineRule="auto"/>
    </w:pPr>
    <w:rPr>
      <w:lang w:val="en-US" w:eastAsia="en-US"/>
    </w:rPr>
  </w:style>
  <w:style w:type="paragraph" w:customStyle="1" w:styleId="5E3D3E78CBE547A695489DCE878D70231">
    <w:name w:val="5E3D3E78CBE547A695489DCE878D70231"/>
    <w:rsid w:val="00A91894"/>
    <w:pPr>
      <w:spacing w:after="200" w:line="276" w:lineRule="auto"/>
    </w:pPr>
    <w:rPr>
      <w:lang w:val="en-US" w:eastAsia="en-US"/>
    </w:rPr>
  </w:style>
  <w:style w:type="paragraph" w:customStyle="1" w:styleId="BFF0294B778A4642A558AE05B0060FF01">
    <w:name w:val="BFF0294B778A4642A558AE05B0060FF01"/>
    <w:rsid w:val="00A91894"/>
    <w:pPr>
      <w:spacing w:after="200" w:line="276" w:lineRule="auto"/>
    </w:pPr>
    <w:rPr>
      <w:lang w:val="en-US" w:eastAsia="en-US"/>
    </w:rPr>
  </w:style>
  <w:style w:type="paragraph" w:customStyle="1" w:styleId="F369654DC33A41C2B4A946957AE7C2A31">
    <w:name w:val="F369654DC33A41C2B4A946957AE7C2A31"/>
    <w:rsid w:val="00A91894"/>
    <w:pPr>
      <w:spacing w:after="200" w:line="276" w:lineRule="auto"/>
    </w:pPr>
    <w:rPr>
      <w:lang w:val="en-US" w:eastAsia="en-US"/>
    </w:rPr>
  </w:style>
  <w:style w:type="paragraph" w:customStyle="1" w:styleId="DC480582EC324AFC9CB3F238CD9B677F1">
    <w:name w:val="DC480582EC324AFC9CB3F238CD9B677F1"/>
    <w:rsid w:val="00A91894"/>
    <w:pPr>
      <w:spacing w:after="200" w:line="276" w:lineRule="auto"/>
    </w:pPr>
    <w:rPr>
      <w:lang w:val="en-US" w:eastAsia="en-US"/>
    </w:rPr>
  </w:style>
  <w:style w:type="paragraph" w:customStyle="1" w:styleId="B1D9D26288544DE6A41765C4301C034E1">
    <w:name w:val="B1D9D26288544DE6A41765C4301C034E1"/>
    <w:rsid w:val="00A91894"/>
    <w:pPr>
      <w:spacing w:after="200" w:line="276" w:lineRule="auto"/>
    </w:pPr>
    <w:rPr>
      <w:lang w:val="en-US" w:eastAsia="en-US"/>
    </w:rPr>
  </w:style>
  <w:style w:type="paragraph" w:customStyle="1" w:styleId="BD00682E778549D896F3C74078F748CB2">
    <w:name w:val="BD00682E778549D896F3C74078F748CB2"/>
    <w:rsid w:val="00A91894"/>
    <w:pPr>
      <w:spacing w:after="200" w:line="276" w:lineRule="auto"/>
    </w:pPr>
    <w:rPr>
      <w:lang w:val="en-US" w:eastAsia="en-US"/>
    </w:rPr>
  </w:style>
  <w:style w:type="paragraph" w:customStyle="1" w:styleId="ABD1553D4EFA4C7C93EAB86E3216BD6E1">
    <w:name w:val="ABD1553D4EFA4C7C93EAB86E3216BD6E1"/>
    <w:rsid w:val="00A91894"/>
    <w:pPr>
      <w:spacing w:after="200" w:line="276" w:lineRule="auto"/>
    </w:pPr>
    <w:rPr>
      <w:lang w:val="en-US" w:eastAsia="en-US"/>
    </w:rPr>
  </w:style>
  <w:style w:type="paragraph" w:customStyle="1" w:styleId="3C613987891341FEA62B76317D91576A1">
    <w:name w:val="3C613987891341FEA62B76317D91576A1"/>
    <w:rsid w:val="00A91894"/>
    <w:pPr>
      <w:spacing w:after="200" w:line="276" w:lineRule="auto"/>
    </w:pPr>
    <w:rPr>
      <w:lang w:val="en-US" w:eastAsia="en-US"/>
    </w:rPr>
  </w:style>
  <w:style w:type="paragraph" w:customStyle="1" w:styleId="7ED0870AB22A4BE2A86A9B7BD5BC641E1">
    <w:name w:val="7ED0870AB22A4BE2A86A9B7BD5BC641E1"/>
    <w:rsid w:val="00A91894"/>
    <w:pPr>
      <w:spacing w:after="200" w:line="276" w:lineRule="auto"/>
    </w:pPr>
    <w:rPr>
      <w:lang w:val="en-US" w:eastAsia="en-US"/>
    </w:rPr>
  </w:style>
  <w:style w:type="paragraph" w:customStyle="1" w:styleId="905D0938AFAA479C8F0F2EAC2EDE12161">
    <w:name w:val="905D0938AFAA479C8F0F2EAC2EDE12161"/>
    <w:rsid w:val="00A91894"/>
    <w:pPr>
      <w:spacing w:after="200" w:line="276" w:lineRule="auto"/>
    </w:pPr>
    <w:rPr>
      <w:lang w:val="en-US" w:eastAsia="en-US"/>
    </w:rPr>
  </w:style>
  <w:style w:type="paragraph" w:customStyle="1" w:styleId="055BC71FDF9A4ABF93BB75ED31E9C6BC1">
    <w:name w:val="055BC71FDF9A4ABF93BB75ED31E9C6BC1"/>
    <w:rsid w:val="00A91894"/>
    <w:pPr>
      <w:spacing w:after="200" w:line="276" w:lineRule="auto"/>
    </w:pPr>
    <w:rPr>
      <w:lang w:val="en-US" w:eastAsia="en-US"/>
    </w:rPr>
  </w:style>
  <w:style w:type="paragraph" w:customStyle="1" w:styleId="94CD3C6E2039426C86541423CDFB3E4C1">
    <w:name w:val="94CD3C6E2039426C86541423CDFB3E4C1"/>
    <w:rsid w:val="00A91894"/>
    <w:pPr>
      <w:spacing w:after="200" w:line="276" w:lineRule="auto"/>
    </w:pPr>
    <w:rPr>
      <w:lang w:val="en-US" w:eastAsia="en-US"/>
    </w:rPr>
  </w:style>
  <w:style w:type="paragraph" w:customStyle="1" w:styleId="7099A3BC15C54F84ACEAD2060ACEFDC78">
    <w:name w:val="7099A3BC15C54F84ACEAD2060ACEFDC78"/>
    <w:rsid w:val="00A91894"/>
    <w:pPr>
      <w:spacing w:after="200" w:line="276" w:lineRule="auto"/>
    </w:pPr>
    <w:rPr>
      <w:lang w:val="en-US" w:eastAsia="en-US"/>
    </w:rPr>
  </w:style>
  <w:style w:type="paragraph" w:customStyle="1" w:styleId="A14478DC96A5439590F907C4179981BE7">
    <w:name w:val="A14478DC96A5439590F907C4179981BE7"/>
    <w:rsid w:val="00A91894"/>
    <w:pPr>
      <w:spacing w:after="200" w:line="276" w:lineRule="auto"/>
    </w:pPr>
    <w:rPr>
      <w:lang w:val="en-US" w:eastAsia="en-US"/>
    </w:rPr>
  </w:style>
  <w:style w:type="paragraph" w:customStyle="1" w:styleId="1F0D3B4692A6411292FBB8B6B77462851">
    <w:name w:val="1F0D3B4692A6411292FBB8B6B77462851"/>
    <w:rsid w:val="00A91894"/>
    <w:pPr>
      <w:spacing w:after="200" w:line="276" w:lineRule="auto"/>
    </w:pPr>
    <w:rPr>
      <w:lang w:val="en-US" w:eastAsia="en-US"/>
    </w:rPr>
  </w:style>
  <w:style w:type="paragraph" w:customStyle="1" w:styleId="5E3D3E78CBE547A695489DCE878D70232">
    <w:name w:val="5E3D3E78CBE547A695489DCE878D70232"/>
    <w:rsid w:val="00A91894"/>
    <w:pPr>
      <w:spacing w:after="200" w:line="276" w:lineRule="auto"/>
    </w:pPr>
    <w:rPr>
      <w:lang w:val="en-US" w:eastAsia="en-US"/>
    </w:rPr>
  </w:style>
  <w:style w:type="paragraph" w:customStyle="1" w:styleId="BFF0294B778A4642A558AE05B0060FF02">
    <w:name w:val="BFF0294B778A4642A558AE05B0060FF02"/>
    <w:rsid w:val="00A91894"/>
    <w:pPr>
      <w:spacing w:after="200" w:line="276" w:lineRule="auto"/>
    </w:pPr>
    <w:rPr>
      <w:lang w:val="en-US" w:eastAsia="en-US"/>
    </w:rPr>
  </w:style>
  <w:style w:type="paragraph" w:customStyle="1" w:styleId="F369654DC33A41C2B4A946957AE7C2A32">
    <w:name w:val="F369654DC33A41C2B4A946957AE7C2A32"/>
    <w:rsid w:val="00A91894"/>
    <w:pPr>
      <w:spacing w:after="200" w:line="276" w:lineRule="auto"/>
    </w:pPr>
    <w:rPr>
      <w:lang w:val="en-US" w:eastAsia="en-US"/>
    </w:rPr>
  </w:style>
  <w:style w:type="paragraph" w:customStyle="1" w:styleId="DC480582EC324AFC9CB3F238CD9B677F2">
    <w:name w:val="DC480582EC324AFC9CB3F238CD9B677F2"/>
    <w:rsid w:val="00A91894"/>
    <w:pPr>
      <w:spacing w:after="200" w:line="276" w:lineRule="auto"/>
    </w:pPr>
    <w:rPr>
      <w:lang w:val="en-US" w:eastAsia="en-US"/>
    </w:rPr>
  </w:style>
  <w:style w:type="paragraph" w:customStyle="1" w:styleId="B1D9D26288544DE6A41765C4301C034E2">
    <w:name w:val="B1D9D26288544DE6A41765C4301C034E2"/>
    <w:rsid w:val="00A91894"/>
    <w:pPr>
      <w:spacing w:after="200" w:line="276" w:lineRule="auto"/>
    </w:pPr>
    <w:rPr>
      <w:lang w:val="en-US" w:eastAsia="en-US"/>
    </w:rPr>
  </w:style>
  <w:style w:type="paragraph" w:customStyle="1" w:styleId="BD00682E778549D896F3C74078F748CB3">
    <w:name w:val="BD00682E778549D896F3C74078F748CB3"/>
    <w:rsid w:val="00A91894"/>
    <w:pPr>
      <w:spacing w:after="200" w:line="276" w:lineRule="auto"/>
    </w:pPr>
    <w:rPr>
      <w:lang w:val="en-US" w:eastAsia="en-US"/>
    </w:rPr>
  </w:style>
  <w:style w:type="paragraph" w:customStyle="1" w:styleId="ABD1553D4EFA4C7C93EAB86E3216BD6E2">
    <w:name w:val="ABD1553D4EFA4C7C93EAB86E3216BD6E2"/>
    <w:rsid w:val="00A91894"/>
    <w:pPr>
      <w:spacing w:after="200" w:line="276" w:lineRule="auto"/>
    </w:pPr>
    <w:rPr>
      <w:lang w:val="en-US" w:eastAsia="en-US"/>
    </w:rPr>
  </w:style>
  <w:style w:type="paragraph" w:customStyle="1" w:styleId="3C613987891341FEA62B76317D91576A2">
    <w:name w:val="3C613987891341FEA62B76317D91576A2"/>
    <w:rsid w:val="00A91894"/>
    <w:pPr>
      <w:spacing w:after="200" w:line="276" w:lineRule="auto"/>
    </w:pPr>
    <w:rPr>
      <w:lang w:val="en-US" w:eastAsia="en-US"/>
    </w:rPr>
  </w:style>
  <w:style w:type="paragraph" w:customStyle="1" w:styleId="7ED0870AB22A4BE2A86A9B7BD5BC641E2">
    <w:name w:val="7ED0870AB22A4BE2A86A9B7BD5BC641E2"/>
    <w:rsid w:val="00A91894"/>
    <w:pPr>
      <w:spacing w:after="200" w:line="276" w:lineRule="auto"/>
    </w:pPr>
    <w:rPr>
      <w:lang w:val="en-US" w:eastAsia="en-US"/>
    </w:rPr>
  </w:style>
  <w:style w:type="paragraph" w:customStyle="1" w:styleId="905D0938AFAA479C8F0F2EAC2EDE12162">
    <w:name w:val="905D0938AFAA479C8F0F2EAC2EDE12162"/>
    <w:rsid w:val="00A91894"/>
    <w:pPr>
      <w:spacing w:after="200" w:line="276" w:lineRule="auto"/>
    </w:pPr>
    <w:rPr>
      <w:lang w:val="en-US" w:eastAsia="en-US"/>
    </w:rPr>
  </w:style>
  <w:style w:type="paragraph" w:customStyle="1" w:styleId="055BC71FDF9A4ABF93BB75ED31E9C6BC2">
    <w:name w:val="055BC71FDF9A4ABF93BB75ED31E9C6BC2"/>
    <w:rsid w:val="00A91894"/>
    <w:pPr>
      <w:spacing w:after="200" w:line="276" w:lineRule="auto"/>
    </w:pPr>
    <w:rPr>
      <w:lang w:val="en-US" w:eastAsia="en-US"/>
    </w:rPr>
  </w:style>
  <w:style w:type="paragraph" w:customStyle="1" w:styleId="94CD3C6E2039426C86541423CDFB3E4C2">
    <w:name w:val="94CD3C6E2039426C86541423CDFB3E4C2"/>
    <w:rsid w:val="00A91894"/>
    <w:pPr>
      <w:spacing w:after="200" w:line="276" w:lineRule="auto"/>
    </w:pPr>
    <w:rPr>
      <w:lang w:val="en-US" w:eastAsia="en-US"/>
    </w:rPr>
  </w:style>
  <w:style w:type="paragraph" w:customStyle="1" w:styleId="21FAB65BA2574FD885E74842A7B5E4CD">
    <w:name w:val="21FAB65BA2574FD885E74842A7B5E4CD"/>
    <w:rsid w:val="00A91894"/>
    <w:pPr>
      <w:spacing w:after="200" w:line="276" w:lineRule="auto"/>
    </w:pPr>
    <w:rPr>
      <w:lang w:val="en-US" w:eastAsia="en-US"/>
    </w:rPr>
  </w:style>
  <w:style w:type="paragraph" w:customStyle="1" w:styleId="A09C62DB5F614464B7B08A9DE3747866">
    <w:name w:val="A09C62DB5F614464B7B08A9DE3747866"/>
    <w:rsid w:val="00A91894"/>
    <w:pPr>
      <w:spacing w:after="200" w:line="276" w:lineRule="auto"/>
    </w:pPr>
    <w:rPr>
      <w:lang w:val="en-US" w:eastAsia="en-US"/>
    </w:rPr>
  </w:style>
  <w:style w:type="paragraph" w:customStyle="1" w:styleId="563FBD85BED34CB2A2591CCEEF33452D">
    <w:name w:val="563FBD85BED34CB2A2591CCEEF33452D"/>
    <w:rsid w:val="00A91894"/>
    <w:pPr>
      <w:spacing w:after="200" w:line="276" w:lineRule="auto"/>
    </w:pPr>
    <w:rPr>
      <w:lang w:val="en-US" w:eastAsia="en-US"/>
    </w:rPr>
  </w:style>
  <w:style w:type="paragraph" w:customStyle="1" w:styleId="9E4A3681F791420E925B39E2DFBA8A9D">
    <w:name w:val="9E4A3681F791420E925B39E2DFBA8A9D"/>
    <w:rsid w:val="00A91894"/>
  </w:style>
  <w:style w:type="paragraph" w:customStyle="1" w:styleId="1B661922D7B74370A858C8E6C7A229B2">
    <w:name w:val="1B661922D7B74370A858C8E6C7A229B2"/>
    <w:rsid w:val="00A91894"/>
  </w:style>
  <w:style w:type="paragraph" w:customStyle="1" w:styleId="08AF7FD2F76B4578A532946F698EA626">
    <w:name w:val="08AF7FD2F76B4578A532946F698EA626"/>
    <w:rsid w:val="00A91894"/>
  </w:style>
  <w:style w:type="paragraph" w:customStyle="1" w:styleId="600C152D15FC476FA89E74C72C98BBB8">
    <w:name w:val="600C152D15FC476FA89E74C72C98BBB8"/>
    <w:rsid w:val="00F15522"/>
  </w:style>
  <w:style w:type="paragraph" w:customStyle="1" w:styleId="485C18DEAB4A4458A8690EBA9E9998AD">
    <w:name w:val="485C18DEAB4A4458A8690EBA9E9998AD"/>
    <w:rsid w:val="00F15522"/>
  </w:style>
  <w:style w:type="paragraph" w:customStyle="1" w:styleId="6A189028ECDA4763B69A049E94E89E9F">
    <w:name w:val="6A189028ECDA4763B69A049E94E89E9F"/>
    <w:rsid w:val="00F15522"/>
  </w:style>
  <w:style w:type="paragraph" w:customStyle="1" w:styleId="650F35D4F48A4E23822E3F6840123F52">
    <w:name w:val="650F35D4F48A4E23822E3F6840123F52"/>
    <w:rsid w:val="00E33328"/>
  </w:style>
  <w:style w:type="paragraph" w:customStyle="1" w:styleId="5A81058DA99541D1A4E9A2BDBD1AC4C8">
    <w:name w:val="5A81058DA99541D1A4E9A2BDBD1AC4C8"/>
    <w:rsid w:val="00E33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2DABF8-9115-4E8C-979B-84D900417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412</Words>
  <Characters>2269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Coordinatrice Thérapeutique - 27 - Les Berges du Danube - Ambre EL ADARI</cp:lastModifiedBy>
  <cp:revision>8</cp:revision>
  <cp:lastPrinted>2026-01-02T17:03:00Z</cp:lastPrinted>
  <dcterms:created xsi:type="dcterms:W3CDTF">2026-02-24T14:35:00Z</dcterms:created>
  <dcterms:modified xsi:type="dcterms:W3CDTF">2026-03-10T16:30:00Z</dcterms:modified>
  <cp:category/>
</cp:coreProperties>
</file>